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9EAF1" w14:textId="53325BB9" w:rsidR="0032698B" w:rsidRPr="00351033" w:rsidRDefault="00BB4274" w:rsidP="00E63120">
      <w:pPr>
        <w:spacing w:after="0"/>
        <w:jc w:val="center"/>
        <w:rPr>
          <w:rFonts w:ascii="Segoe UI Semilight" w:hAnsi="Segoe UI Semilight" w:cs="Segoe UI Semilight"/>
        </w:rPr>
      </w:pPr>
      <w:r w:rsidRPr="00351033">
        <w:rPr>
          <w:rFonts w:ascii="Segoe UI Semilight" w:hAnsi="Segoe UI Semilight" w:cs="Segoe UI Semilight"/>
          <w:noProof/>
        </w:rPr>
        <w:drawing>
          <wp:anchor distT="0" distB="0" distL="114300" distR="114300" simplePos="0" relativeHeight="251658752" behindDoc="0" locked="0" layoutInCell="1" allowOverlap="1" wp14:anchorId="74799C50" wp14:editId="6793F491">
            <wp:simplePos x="0" y="0"/>
            <wp:positionH relativeFrom="column">
              <wp:posOffset>5107622</wp:posOffset>
            </wp:positionH>
            <wp:positionV relativeFrom="paragraph">
              <wp:posOffset>-405765</wp:posOffset>
            </wp:positionV>
            <wp:extent cx="1652521" cy="304800"/>
            <wp:effectExtent l="0" t="0" r="0" b="0"/>
            <wp:wrapNone/>
            <wp:docPr id="170685285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52852" name="Image 17068528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2153" cy="308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1033">
        <w:rPr>
          <w:rFonts w:ascii="Segoe UI Semilight" w:hAnsi="Segoe UI Semilight" w:cs="Segoe UI Semilight"/>
          <w:b/>
          <w:noProof/>
          <w:color w:val="B30000"/>
          <w:sz w:val="44"/>
        </w:rPr>
        <w:drawing>
          <wp:anchor distT="0" distB="0" distL="114300" distR="114300" simplePos="0" relativeHeight="251651584" behindDoc="0" locked="0" layoutInCell="1" allowOverlap="1" wp14:anchorId="70F0D35C" wp14:editId="698313B6">
            <wp:simplePos x="0" y="0"/>
            <wp:positionH relativeFrom="column">
              <wp:posOffset>1905</wp:posOffset>
            </wp:positionH>
            <wp:positionV relativeFrom="paragraph">
              <wp:posOffset>-421005</wp:posOffset>
            </wp:positionV>
            <wp:extent cx="1438656" cy="420624"/>
            <wp:effectExtent l="0" t="0" r="0" b="0"/>
            <wp:wrapNone/>
            <wp:docPr id="14968447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44710" name="Image 14968447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4A8C" w:rsidRPr="00351033">
        <w:rPr>
          <w:rFonts w:ascii="Segoe UI Semilight" w:hAnsi="Segoe UI Semilight" w:cs="Segoe UI Semilight"/>
          <w:b/>
          <w:color w:val="B30000"/>
          <w:sz w:val="44"/>
        </w:rPr>
        <w:t>BULLETIN D’INSCRIPTION</w:t>
      </w:r>
    </w:p>
    <w:p w14:paraId="57A03206" w14:textId="38878084" w:rsidR="00BB4274" w:rsidRPr="009C5AB4" w:rsidRDefault="00FA082C" w:rsidP="009C5AB4">
      <w:pPr>
        <w:spacing w:after="120" w:line="240" w:lineRule="auto"/>
        <w:jc w:val="center"/>
        <w:rPr>
          <w:rFonts w:ascii="Segoe UI Semilight" w:hAnsi="Segoe UI Semilight" w:cs="Segoe UI Semilight"/>
          <w:b/>
          <w:bCs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43B3CE1" wp14:editId="38E5CFEA">
            <wp:simplePos x="0" y="0"/>
            <wp:positionH relativeFrom="column">
              <wp:posOffset>330200</wp:posOffset>
            </wp:positionH>
            <wp:positionV relativeFrom="paragraph">
              <wp:posOffset>4128</wp:posOffset>
            </wp:positionV>
            <wp:extent cx="263525" cy="260985"/>
            <wp:effectExtent l="0" t="0" r="3175" b="5715"/>
            <wp:wrapNone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274"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A </w:t>
      </w:r>
      <w:proofErr w:type="spellStart"/>
      <w:proofErr w:type="gramStart"/>
      <w:r w:rsidR="00BB4274" w:rsidRPr="00464729">
        <w:rPr>
          <w:rFonts w:ascii="Segoe UI Semilight" w:hAnsi="Segoe UI Semilight" w:cs="Segoe UI Semilight"/>
          <w:i/>
          <w:iCs/>
          <w:sz w:val="18"/>
          <w:szCs w:val="18"/>
        </w:rPr>
        <w:t>compléter</w:t>
      </w:r>
      <w:proofErr w:type="spellEnd"/>
      <w:r w:rsidR="00BB4274"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 </w:t>
      </w:r>
      <w:r w:rsidR="009C5AB4">
        <w:rPr>
          <w:rFonts w:ascii="Segoe UI Semilight" w:hAnsi="Segoe UI Semilight" w:cs="Segoe UI Semilight"/>
          <w:i/>
          <w:iCs/>
          <w:sz w:val="18"/>
          <w:szCs w:val="18"/>
        </w:rPr>
        <w:t>:</w:t>
      </w:r>
      <w:proofErr w:type="gramEnd"/>
      <w:r w:rsidR="009C5AB4">
        <w:rPr>
          <w:rFonts w:ascii="Segoe UI Semilight" w:hAnsi="Segoe UI Semilight" w:cs="Segoe UI Semilight"/>
          <w:i/>
          <w:iCs/>
          <w:sz w:val="18"/>
          <w:szCs w:val="18"/>
        </w:rPr>
        <w:t xml:space="preserve"> </w:t>
      </w:r>
      <w:r w:rsidR="00BB4274"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un </w:t>
      </w:r>
      <w:proofErr w:type="spellStart"/>
      <w:r w:rsidR="00BB4274" w:rsidRPr="00464729">
        <w:rPr>
          <w:rFonts w:ascii="Segoe UI Semilight" w:hAnsi="Segoe UI Semilight" w:cs="Segoe UI Semilight"/>
          <w:i/>
          <w:iCs/>
          <w:sz w:val="18"/>
          <w:szCs w:val="18"/>
        </w:rPr>
        <w:t>exemplaire</w:t>
      </w:r>
      <w:proofErr w:type="spellEnd"/>
      <w:r w:rsidR="00BB4274"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 par stagiaire et par formation</w:t>
      </w:r>
      <w:r w:rsidR="009C5AB4">
        <w:rPr>
          <w:rFonts w:ascii="Segoe UI Semilight" w:hAnsi="Segoe UI Semilight" w:cs="Segoe UI Semilight"/>
          <w:i/>
          <w:iCs/>
          <w:sz w:val="18"/>
          <w:szCs w:val="18"/>
        </w:rPr>
        <w:t xml:space="preserve"> </w:t>
      </w:r>
      <w:r w:rsidR="009C5AB4" w:rsidRPr="009C5AB4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(</w:t>
      </w:r>
      <w:r w:rsidR="009C5AB4" w:rsidRPr="009C5AB4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*</w:t>
      </w:r>
      <w:proofErr w:type="spellStart"/>
      <w:proofErr w:type="gramStart"/>
      <w:r w:rsidR="009C5AB4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informations</w:t>
      </w:r>
      <w:proofErr w:type="spellEnd"/>
      <w:proofErr w:type="gramEnd"/>
      <w:r w:rsidR="009C5AB4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</w:t>
      </w:r>
      <w:proofErr w:type="spellStart"/>
      <w:r w:rsidR="009C5AB4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obligatoires</w:t>
      </w:r>
      <w:proofErr w:type="spellEnd"/>
      <w:r w:rsidR="009C5AB4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)</w:t>
      </w:r>
    </w:p>
    <w:p w14:paraId="436A80EB" w14:textId="77777777" w:rsidR="00FA082C" w:rsidRDefault="00BB4274" w:rsidP="00FA082C">
      <w:pPr>
        <w:spacing w:after="0" w:line="240" w:lineRule="auto"/>
        <w:jc w:val="center"/>
        <w:rPr>
          <w:rFonts w:ascii="Segoe UI Semilight" w:hAnsi="Segoe UI Semilight" w:cs="Segoe UI Semilight"/>
          <w:i/>
          <w:iCs/>
          <w:sz w:val="20"/>
          <w:szCs w:val="20"/>
        </w:rPr>
      </w:pPr>
      <w:r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A </w:t>
      </w:r>
      <w:proofErr w:type="spellStart"/>
      <w:r w:rsidRPr="00464729">
        <w:rPr>
          <w:rFonts w:ascii="Segoe UI Semilight" w:hAnsi="Segoe UI Semilight" w:cs="Segoe UI Semilight"/>
          <w:i/>
          <w:iCs/>
          <w:sz w:val="18"/>
          <w:szCs w:val="18"/>
        </w:rPr>
        <w:t>retourner</w:t>
      </w:r>
      <w:proofErr w:type="spellEnd"/>
      <w:r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 par </w:t>
      </w:r>
      <w:proofErr w:type="spellStart"/>
      <w:r w:rsidRPr="00464729">
        <w:rPr>
          <w:rFonts w:ascii="Segoe UI Semilight" w:hAnsi="Segoe UI Semilight" w:cs="Segoe UI Semilight"/>
          <w:i/>
          <w:iCs/>
          <w:sz w:val="18"/>
          <w:szCs w:val="18"/>
        </w:rPr>
        <w:t>courrier</w:t>
      </w:r>
      <w:proofErr w:type="spellEnd"/>
      <w:r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 </w:t>
      </w:r>
      <w:proofErr w:type="spellStart"/>
      <w:r w:rsidRPr="00464729">
        <w:rPr>
          <w:rFonts w:ascii="Segoe UI Semilight" w:hAnsi="Segoe UI Semilight" w:cs="Segoe UI Semilight"/>
          <w:i/>
          <w:iCs/>
          <w:sz w:val="18"/>
          <w:szCs w:val="18"/>
        </w:rPr>
        <w:t>électronique</w:t>
      </w:r>
      <w:proofErr w:type="spellEnd"/>
      <w:r w:rsidRPr="00464729">
        <w:rPr>
          <w:rFonts w:ascii="Segoe UI Semilight" w:hAnsi="Segoe UI Semilight" w:cs="Segoe UI Semilight"/>
          <w:i/>
          <w:iCs/>
          <w:sz w:val="18"/>
          <w:szCs w:val="18"/>
        </w:rPr>
        <w:t xml:space="preserve"> </w:t>
      </w:r>
      <w:r>
        <w:rPr>
          <w:rFonts w:ascii="Segoe UI Semilight" w:hAnsi="Segoe UI Semilight" w:cs="Segoe UI Semilight"/>
          <w:i/>
          <w:iCs/>
          <w:sz w:val="18"/>
          <w:szCs w:val="18"/>
        </w:rPr>
        <w:t xml:space="preserve">à </w:t>
      </w:r>
      <w:hyperlink r:id="rId11" w:history="1">
        <w:r w:rsidRPr="00807D2C">
          <w:rPr>
            <w:rStyle w:val="Lienhypertexte"/>
            <w:rFonts w:ascii="Segoe UI Semilight" w:hAnsi="Segoe UI Semilight" w:cs="Segoe UI Semilight"/>
            <w:i/>
            <w:iCs/>
            <w:sz w:val="18"/>
            <w:szCs w:val="18"/>
          </w:rPr>
          <w:t>formation@irepa-laser.com</w:t>
        </w:r>
      </w:hyperlink>
      <w:r>
        <w:rPr>
          <w:rFonts w:ascii="Segoe UI Semilight" w:hAnsi="Segoe UI Semilight" w:cs="Segoe UI Semilight"/>
          <w:i/>
          <w:iCs/>
          <w:sz w:val="18"/>
          <w:szCs w:val="18"/>
        </w:rPr>
        <w:t xml:space="preserve"> </w:t>
      </w:r>
      <w:r>
        <w:rPr>
          <w:rFonts w:ascii="Segoe UI Semilight" w:hAnsi="Segoe UI Semilight" w:cs="Segoe UI Semilight"/>
          <w:i/>
          <w:iCs/>
          <w:sz w:val="20"/>
          <w:szCs w:val="20"/>
        </w:rPr>
        <w:t xml:space="preserve"> </w:t>
      </w:r>
    </w:p>
    <w:p w14:paraId="5D3CE572" w14:textId="22D04C0F" w:rsidR="00BB4274" w:rsidRDefault="00BB4274" w:rsidP="00FA082C">
      <w:pPr>
        <w:spacing w:after="120" w:line="240" w:lineRule="auto"/>
        <w:jc w:val="center"/>
        <w:rPr>
          <w:rFonts w:ascii="Segoe UI Semilight" w:hAnsi="Segoe UI Semilight" w:cs="Segoe UI Semilight"/>
          <w:b/>
          <w:bCs/>
          <w:i/>
          <w:iCs/>
          <w:sz w:val="18"/>
          <w:szCs w:val="18"/>
        </w:rPr>
      </w:pP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L’accessibilité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de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notre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centre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est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garantie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pour le public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en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situation de handicap, y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compris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pour les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personnes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à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mobilité</w:t>
      </w:r>
      <w:proofErr w:type="spellEnd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 xml:space="preserve"> </w:t>
      </w:r>
      <w:proofErr w:type="spellStart"/>
      <w:r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réduite</w:t>
      </w:r>
      <w:proofErr w:type="spellEnd"/>
      <w:r w:rsidR="00FA082C" w:rsidRPr="00FA082C">
        <w:rPr>
          <w:rFonts w:ascii="Segoe UI Semilight" w:hAnsi="Segoe UI Semilight" w:cs="Segoe UI Semilight"/>
          <w:b/>
          <w:bCs/>
          <w:i/>
          <w:iCs/>
          <w:sz w:val="18"/>
          <w:szCs w:val="18"/>
        </w:rPr>
        <w:t>.</w:t>
      </w:r>
    </w:p>
    <w:p w14:paraId="38830EF7" w14:textId="42B274A9" w:rsidR="0032698B" w:rsidRPr="00351033" w:rsidRDefault="00964A8C" w:rsidP="00FA082C">
      <w:pPr>
        <w:shd w:val="clear" w:color="auto" w:fill="B30000"/>
        <w:spacing w:after="120"/>
        <w:rPr>
          <w:rFonts w:ascii="Segoe UI Black" w:hAnsi="Segoe UI Black" w:cs="Segoe UI Semilight"/>
        </w:rPr>
      </w:pPr>
      <w:r w:rsidRPr="00351033">
        <w:rPr>
          <w:rFonts w:ascii="Segoe UI Black" w:hAnsi="Segoe UI Black" w:cs="Segoe UI Semilight"/>
          <w:b/>
          <w:color w:val="FFFFFF"/>
        </w:rPr>
        <w:t>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482"/>
      </w:tblGrid>
      <w:tr w:rsidR="0032698B" w14:paraId="1A4F11EB" w14:textId="77777777" w:rsidTr="000F3011">
        <w:tc>
          <w:tcPr>
            <w:tcW w:w="2830" w:type="dxa"/>
          </w:tcPr>
          <w:p w14:paraId="38D0CD09" w14:textId="02AB921A" w:rsidR="0032698B" w:rsidRPr="00BB4274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BB4274">
              <w:rPr>
                <w:rFonts w:ascii="Segoe UI Semilight" w:hAnsi="Segoe UI Semilight" w:cs="Segoe UI Semilight"/>
                <w:b/>
                <w:bCs/>
              </w:rPr>
              <w:t>Référence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7482" w:type="dxa"/>
          </w:tcPr>
          <w:p w14:paraId="29D6B04F" w14:textId="2017DF41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alias w:val="référence formation"/>
                <w:tag w:val="référence formation"/>
                <w:id w:val="-1879316385"/>
                <w:placeholder>
                  <w:docPart w:val="DefaultPlaceholder_-1854013438"/>
                </w:placeholder>
                <w:showingPlcHdr/>
                <w15:color w:val="993300"/>
                <w:dropDownList>
                  <w:listItem w:value="Choisir une formation"/>
                  <w:listItem w:displayText="SE1 E-learning" w:value="SE1 E-learning"/>
                  <w:listItem w:displayText="SE2 / PERL (Niv2)" w:value="SE2 / PERL (Niv2)"/>
                  <w:listItem w:displayText="SE3 / RSL (Niv3)" w:value="SE3 / RSL (Niv3)"/>
                  <w:listItem w:displayText="SE3+ / PCSL (niv3+)" w:value="SE3+ / PCSL (niv3+)"/>
                  <w:listItem w:displayText="SE4 : Conception et fabrication d'une machine laser Conforme" w:value="SE4 : Conception et fabrication d'une machine laser Conforme"/>
                  <w:listItem w:displayText="AL2-1 : Maitrise du soudage laser" w:value="AL2-1 : Maitrise du soudage laser"/>
                  <w:listItem w:displayText="AC2-1 : Soudage Bord à bord Inox" w:value="AC2-1 : Soudage Bord à bord Inox"/>
                  <w:listItem w:displayText="AC2-2 : Controles des joints soudés" w:value="AC2-2 : Controles des joints soudés"/>
                  <w:listItem w:displayText="AC2-3 : Soudage par transparence Inox" w:value="AC2-3 : Soudage par transparence Inox"/>
                  <w:listItem w:displayText="AC2-4 : Soudage cuivre et aluminium" w:value="AC2-4 : Soudage cuivre et aluminium"/>
                  <w:listItem w:displayText="AL2-6 : Soudage des polymères" w:value="AL2-6 : Soudage des polymères"/>
                  <w:listItem w:displayText="AL2-8 : L'essentiel du soudage laser" w:value="AL2-8 : L'essentiel du soudage laser"/>
                  <w:listItem w:displayText="AL4-1 : Gravure et Micro-usinage laser" w:value="AL4-1 : Gravure et Micro-usinage laser"/>
                  <w:listItem w:displayText="AL5-1 : Rechargement par laser" w:value="AL5-1 : Rechargement par laser"/>
                  <w:listItem w:displayText="AL5-2 : Direct Metal Deposition" w:value="AL5-2 : Direct Metal Deposition"/>
                  <w:listItem w:displayText="AL6-1 : Fabrication Additive par DED" w:value="AL6-1 : Fabrication Additive par DED"/>
                  <w:listItem w:displayText="AL6-2 : les procédés de fabrication additive" w:value="AL6-2 : les procédés de fabrication additive"/>
                  <w:listItem w:displayText="AL6-3 :  L'essentiel de la fabrication additive" w:value="AL6-3 :  L'essentiel de la fabrication additive"/>
                </w:dropDownList>
              </w:sdtPr>
              <w:sdtContent>
                <w:r w:rsidR="0038772F" w:rsidRPr="0038772F">
                  <w:rPr>
                    <w:rStyle w:val="Textedelespacerserv"/>
                    <w:rFonts w:ascii="Segoe UI Semilight" w:hAnsi="Segoe UI Semilight" w:cs="Segoe UI Semilight"/>
                    <w:color w:val="C00000"/>
                  </w:rPr>
                  <w:t>Choisissez un élément.</w:t>
                </w:r>
              </w:sdtContent>
            </w:sdt>
            <w:r w:rsidR="000F3011">
              <w:rPr>
                <w:rFonts w:ascii="Segoe UI Semilight" w:hAnsi="Segoe UI Semilight" w:cs="Segoe UI Semilight"/>
                <w:color w:val="C00000"/>
              </w:rPr>
              <w:t xml:space="preserve"> </w:t>
            </w:r>
          </w:p>
        </w:tc>
      </w:tr>
      <w:tr w:rsidR="0032698B" w14:paraId="2334B3D5" w14:textId="77777777" w:rsidTr="000F3011">
        <w:tc>
          <w:tcPr>
            <w:tcW w:w="2830" w:type="dxa"/>
          </w:tcPr>
          <w:p w14:paraId="14F93A2E" w14:textId="0B10930A" w:rsidR="0032698B" w:rsidRPr="00BB4274" w:rsidRDefault="003F06AF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>
              <w:rPr>
                <w:rFonts w:ascii="Segoe UI Semilight" w:hAnsi="Segoe UI Semilight" w:cs="Segoe UI Semilight"/>
                <w:b/>
                <w:bCs/>
              </w:rPr>
              <w:t>Intitulé</w:t>
            </w:r>
            <w:proofErr w:type="spellEnd"/>
            <w:r w:rsidR="00CE042B">
              <w:rPr>
                <w:rFonts w:ascii="Segoe UI Semilight" w:hAnsi="Segoe UI Semilight" w:cs="Segoe UI Semilight"/>
                <w:b/>
                <w:bCs/>
              </w:rPr>
              <w:t xml:space="preserve"> de la formation</w:t>
            </w:r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7482" w:type="dxa"/>
          </w:tcPr>
          <w:p w14:paraId="0A6959E7" w14:textId="10280653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869718664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3F06AF">
                  <w:rPr>
                    <w:rFonts w:ascii="Segoe UI Semilight" w:hAnsi="Segoe UI Semilight" w:cs="Segoe UI Semilight"/>
                    <w:color w:val="C00000"/>
                  </w:rPr>
                  <w:t>Intitulé</w:t>
                </w:r>
                <w:proofErr w:type="spellEnd"/>
              </w:sdtContent>
            </w:sdt>
          </w:p>
        </w:tc>
      </w:tr>
      <w:tr w:rsidR="0032698B" w14:paraId="5025EC6B" w14:textId="77777777" w:rsidTr="000F3011">
        <w:tc>
          <w:tcPr>
            <w:tcW w:w="2830" w:type="dxa"/>
          </w:tcPr>
          <w:p w14:paraId="405005C2" w14:textId="15E5A4D4" w:rsidR="0032698B" w:rsidRPr="00BB4274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BB4274">
              <w:rPr>
                <w:rFonts w:ascii="Segoe UI Semilight" w:hAnsi="Segoe UI Semilight" w:cs="Segoe UI Semilight"/>
                <w:b/>
                <w:bCs/>
              </w:rPr>
              <w:t>Dates</w:t>
            </w:r>
            <w:r w:rsidR="00CE042B">
              <w:rPr>
                <w:rFonts w:ascii="Segoe UI Semilight" w:hAnsi="Segoe UI Semilight" w:cs="Segoe UI Semilight"/>
                <w:b/>
                <w:bCs/>
              </w:rPr>
              <w:t xml:space="preserve"> </w:t>
            </w:r>
            <w:proofErr w:type="spellStart"/>
            <w:r w:rsidR="00CE042B">
              <w:rPr>
                <w:rFonts w:ascii="Segoe UI Semilight" w:hAnsi="Segoe UI Semilight" w:cs="Segoe UI Semilight"/>
                <w:b/>
                <w:bCs/>
              </w:rPr>
              <w:t>retenues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7482" w:type="dxa"/>
          </w:tcPr>
          <w:p w14:paraId="100C5B58" w14:textId="191F76FA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914F3A">
              <w:rPr>
                <w:rFonts w:ascii="Segoe UI Semilight" w:hAnsi="Segoe UI Semilight" w:cs="Segoe UI Semilight"/>
              </w:rPr>
              <w:t xml:space="preserve"> </w:t>
            </w:r>
            <w:r w:rsidR="005B015A" w:rsidRPr="00914F3A">
              <w:rPr>
                <w:rFonts w:ascii="Segoe UI Semilight" w:hAnsi="Segoe UI Semilight" w:cs="Segoe UI Semilight"/>
              </w:rPr>
              <w:t xml:space="preserve">Du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215043184"/>
                <w:placeholder>
                  <w:docPart w:val="DefaultPlaceholder_-1854013437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AC386C" w:rsidRPr="00AC386C">
                  <w:rPr>
                    <w:rFonts w:ascii="Segoe UI Semilight" w:hAnsi="Segoe UI Semilight" w:cs="Segoe UI Semilight"/>
                    <w:color w:val="C00000"/>
                  </w:rPr>
                  <w:t>JJ/MM</w:t>
                </w:r>
                <w:r w:rsidR="005B015A" w:rsidRPr="00AC386C">
                  <w:rPr>
                    <w:rFonts w:ascii="Segoe UI Semilight" w:hAnsi="Segoe UI Semilight" w:cs="Segoe UI Semilight"/>
                    <w:color w:val="C00000"/>
                  </w:rPr>
                  <w:t>/AAAA</w:t>
                </w:r>
              </w:sdtContent>
            </w:sdt>
            <w:r w:rsidR="005B015A"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r w:rsidR="005B015A" w:rsidRPr="00914F3A">
              <w:rPr>
                <w:rFonts w:ascii="Segoe UI Semilight" w:hAnsi="Segoe UI Semilight" w:cs="Segoe UI Semilight"/>
              </w:rPr>
              <w:t xml:space="preserve">au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051841284"/>
                <w:placeholder>
                  <w:docPart w:val="DefaultPlaceholder_-1854013437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AC386C" w:rsidRPr="00AC386C">
                  <w:rPr>
                    <w:rFonts w:ascii="Segoe UI Semilight" w:hAnsi="Segoe UI Semilight" w:cs="Segoe UI Semilight"/>
                    <w:color w:val="C00000"/>
                  </w:rPr>
                  <w:t>JJ/MM</w:t>
                </w:r>
                <w:r w:rsidR="005B015A" w:rsidRPr="00AC386C">
                  <w:rPr>
                    <w:rFonts w:ascii="Segoe UI Semilight" w:hAnsi="Segoe UI Semilight" w:cs="Segoe UI Semilight"/>
                    <w:color w:val="C00000"/>
                  </w:rPr>
                  <w:t>/AAAA</w:t>
                </w:r>
              </w:sdtContent>
            </w:sdt>
          </w:p>
        </w:tc>
      </w:tr>
      <w:tr w:rsidR="0032698B" w14:paraId="609075B8" w14:textId="77777777" w:rsidTr="000F3011">
        <w:tc>
          <w:tcPr>
            <w:tcW w:w="2830" w:type="dxa"/>
          </w:tcPr>
          <w:p w14:paraId="6B0160CC" w14:textId="2D8C7B8C" w:rsidR="0032698B" w:rsidRPr="00BB4274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BB4274">
              <w:rPr>
                <w:rFonts w:ascii="Segoe UI Semilight" w:hAnsi="Segoe UI Semilight" w:cs="Segoe UI Semilight"/>
                <w:b/>
                <w:bCs/>
              </w:rPr>
              <w:t>Montant</w:t>
            </w:r>
            <w:proofErr w:type="spellEnd"/>
            <w:r w:rsidRPr="00BB4274">
              <w:rPr>
                <w:rFonts w:ascii="Segoe UI Semilight" w:hAnsi="Segoe UI Semilight" w:cs="Segoe UI Semilight"/>
                <w:b/>
                <w:bCs/>
              </w:rPr>
              <w:t xml:space="preserve"> HT</w:t>
            </w:r>
          </w:p>
        </w:tc>
        <w:tc>
          <w:tcPr>
            <w:tcW w:w="7482" w:type="dxa"/>
          </w:tcPr>
          <w:p w14:paraId="12F40E89" w14:textId="5DE9A2F7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744387214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Montant</w:t>
                </w:r>
                <w:proofErr w:type="spellEnd"/>
              </w:sdtContent>
            </w:sdt>
            <w:r w:rsidR="0019296B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r w:rsidR="0019296B" w:rsidRPr="0019296B">
              <w:rPr>
                <w:rFonts w:ascii="Segoe UI Semilight" w:hAnsi="Segoe UI Semilight" w:cs="Segoe UI Semilight"/>
                <w:b/>
                <w:bCs/>
                <w:color w:val="000000" w:themeColor="text1"/>
              </w:rPr>
              <w:t>€HT</w:t>
            </w:r>
          </w:p>
        </w:tc>
      </w:tr>
      <w:tr w:rsidR="005B015A" w14:paraId="7162C702" w14:textId="77777777" w:rsidTr="00BB4274">
        <w:trPr>
          <w:trHeight w:val="506"/>
        </w:trPr>
        <w:tc>
          <w:tcPr>
            <w:tcW w:w="10312" w:type="dxa"/>
            <w:gridSpan w:val="2"/>
            <w:tcBorders>
              <w:bottom w:val="single" w:sz="4" w:space="0" w:color="auto"/>
            </w:tcBorders>
          </w:tcPr>
          <w:p w14:paraId="608DEACE" w14:textId="016C7654" w:rsidR="005B015A" w:rsidRPr="000F3011" w:rsidRDefault="005B015A">
            <w:pPr>
              <w:rPr>
                <w:rFonts w:ascii="Segoe UI Semilight" w:hAnsi="Segoe UI Semilight" w:cs="Segoe UI Semilight"/>
              </w:rPr>
            </w:pPr>
            <w:proofErr w:type="spellStart"/>
            <w:r w:rsidRPr="000F3011">
              <w:rPr>
                <w:rFonts w:ascii="Segoe UI Semilight" w:hAnsi="Segoe UI Semilight" w:cs="Segoe UI Semilight"/>
                <w:b/>
                <w:bCs/>
                <w:color w:val="FFFFFF" w:themeColor="background1"/>
                <w:highlight w:val="red"/>
              </w:rPr>
              <w:t>Prérequis</w:t>
            </w:r>
            <w:proofErr w:type="spellEnd"/>
            <w:proofErr w:type="gramStart"/>
            <w:r w:rsidR="009C5AB4">
              <w:rPr>
                <w:rFonts w:ascii="Segoe UI Semilight" w:hAnsi="Segoe UI Semilight" w:cs="Segoe UI Semilight"/>
                <w:b/>
                <w:bCs/>
                <w:color w:val="FFFFFF" w:themeColor="background1"/>
                <w:highlight w:val="red"/>
              </w:rPr>
              <w:t>*</w:t>
            </w:r>
            <w:r w:rsidRPr="000F3011">
              <w:rPr>
                <w:rFonts w:ascii="Segoe UI Semilight" w:hAnsi="Segoe UI Semilight" w:cs="Segoe UI Semilight"/>
                <w:b/>
                <w:bCs/>
                <w:color w:val="FFFFFF" w:themeColor="background1"/>
                <w:highlight w:val="red"/>
              </w:rPr>
              <w:t xml:space="preserve"> :</w:t>
            </w:r>
            <w:proofErr w:type="gramEnd"/>
            <w:r w:rsidRPr="000F3011">
              <w:rPr>
                <w:rFonts w:ascii="Segoe UI Semilight" w:hAnsi="Segoe UI Semilight" w:cs="Segoe UI Semilight"/>
                <w:b/>
                <w:bCs/>
              </w:rPr>
              <w:t xml:space="preserve"> Nous </w:t>
            </w:r>
            <w:proofErr w:type="spellStart"/>
            <w:r w:rsidRPr="000F3011">
              <w:rPr>
                <w:rFonts w:ascii="Segoe UI Semilight" w:hAnsi="Segoe UI Semilight" w:cs="Segoe UI Semilight"/>
                <w:b/>
                <w:bCs/>
              </w:rPr>
              <w:t>avons</w:t>
            </w:r>
            <w:proofErr w:type="spellEnd"/>
            <w:r w:rsidRPr="000F3011">
              <w:rPr>
                <w:rFonts w:ascii="Segoe UI Semilight" w:hAnsi="Segoe UI Semilight" w:cs="Segoe UI Semilight"/>
                <w:b/>
                <w:bCs/>
              </w:rPr>
              <w:t xml:space="preserve"> pris </w:t>
            </w:r>
            <w:proofErr w:type="spellStart"/>
            <w:r w:rsidRPr="000F3011">
              <w:rPr>
                <w:rFonts w:ascii="Segoe UI Semilight" w:hAnsi="Segoe UI Semilight" w:cs="Segoe UI Semilight"/>
                <w:b/>
                <w:bCs/>
              </w:rPr>
              <w:t>connaissance</w:t>
            </w:r>
            <w:proofErr w:type="spellEnd"/>
            <w:r w:rsidRPr="000F3011">
              <w:rPr>
                <w:rFonts w:ascii="Segoe UI Semilight" w:hAnsi="Segoe UI Semilight" w:cs="Segoe UI Semilight"/>
                <w:b/>
                <w:bCs/>
              </w:rPr>
              <w:t xml:space="preserve"> des </w:t>
            </w:r>
            <w:proofErr w:type="spellStart"/>
            <w:r w:rsidRPr="000F3011">
              <w:rPr>
                <w:rFonts w:ascii="Segoe UI Semilight" w:hAnsi="Segoe UI Semilight" w:cs="Segoe UI Semilight"/>
                <w:b/>
                <w:bCs/>
              </w:rPr>
              <w:t>prérequis</w:t>
            </w:r>
            <w:proofErr w:type="spellEnd"/>
            <w:r w:rsidRPr="000F3011">
              <w:rPr>
                <w:rFonts w:ascii="Segoe UI Semilight" w:hAnsi="Segoe UI Semilight" w:cs="Segoe UI Semilight"/>
                <w:b/>
                <w:bCs/>
              </w:rPr>
              <w:t xml:space="preserve"> sur la fiche descriptive de la formation</w:t>
            </w:r>
            <w:r w:rsidRPr="000F3011">
              <w:rPr>
                <w:rFonts w:ascii="Segoe UI Semilight" w:hAnsi="Segoe UI Semilight" w:cs="Segoe UI Semilight"/>
                <w:b/>
                <w:bCs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b/>
                  <w:bCs/>
                  <w:color w:val="C00000"/>
                  <w:sz w:val="28"/>
                  <w:szCs w:val="28"/>
                  <w:highlight w:val="yellow"/>
                </w:rPr>
                <w:id w:val="-186357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3011">
                  <w:rPr>
                    <w:rFonts w:ascii="Segoe UI Symbol" w:eastAsia="MS Gothic" w:hAnsi="Segoe UI Symbol" w:cs="Segoe UI Symbol"/>
                    <w:b/>
                    <w:bCs/>
                    <w:color w:val="C00000"/>
                    <w:sz w:val="28"/>
                    <w:szCs w:val="28"/>
                    <w:highlight w:val="yellow"/>
                  </w:rPr>
                  <w:t>☐</w:t>
                </w:r>
              </w:sdtContent>
            </w:sdt>
            <w:r w:rsidRPr="000F3011">
              <w:rPr>
                <w:rFonts w:ascii="Segoe UI Semilight" w:hAnsi="Segoe UI Semilight" w:cs="Segoe UI Semilight"/>
                <w:color w:val="C00000"/>
              </w:rPr>
              <w:t xml:space="preserve"> </w:t>
            </w:r>
          </w:p>
        </w:tc>
      </w:tr>
      <w:tr w:rsidR="005B015A" w14:paraId="7C465D25" w14:textId="77777777" w:rsidTr="000F3011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635C7" w14:textId="77777777" w:rsidR="005B015A" w:rsidRDefault="005B015A"/>
        </w:tc>
        <w:tc>
          <w:tcPr>
            <w:tcW w:w="74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9DDFF" w14:textId="77777777" w:rsidR="005B015A" w:rsidRDefault="005B015A"/>
        </w:tc>
      </w:tr>
    </w:tbl>
    <w:p w14:paraId="419C8E16" w14:textId="77777777" w:rsidR="0032698B" w:rsidRPr="00351033" w:rsidRDefault="00964A8C">
      <w:pPr>
        <w:shd w:val="clear" w:color="auto" w:fill="B30000"/>
        <w:rPr>
          <w:rFonts w:ascii="Segoe UI Black" w:hAnsi="Segoe UI Black" w:cs="Segoe UI Semilight"/>
        </w:rPr>
      </w:pPr>
      <w:r w:rsidRPr="00351033">
        <w:rPr>
          <w:rFonts w:ascii="Segoe UI Black" w:hAnsi="Segoe UI Black" w:cs="Segoe UI Semilight"/>
          <w:b/>
          <w:color w:val="FFFFFF"/>
        </w:rPr>
        <w:t>ENTREPRISE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6802"/>
      </w:tblGrid>
      <w:tr w:rsidR="0032698B" w14:paraId="491B0ED2" w14:textId="77777777" w:rsidTr="005B015A">
        <w:tc>
          <w:tcPr>
            <w:tcW w:w="3510" w:type="dxa"/>
          </w:tcPr>
          <w:p w14:paraId="19E38D4C" w14:textId="1408B8F0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9C29CE">
              <w:rPr>
                <w:rFonts w:ascii="Segoe UI Semilight" w:hAnsi="Segoe UI Semilight" w:cs="Segoe UI Semilight"/>
                <w:b/>
                <w:bCs/>
              </w:rPr>
              <w:t xml:space="preserve">Raison </w:t>
            </w: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sociale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2BAC6FC9" w14:textId="0BEF5512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921090189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 xml:space="preserve">Raison </w:t>
                </w:r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sociale</w:t>
                </w:r>
                <w:proofErr w:type="spellEnd"/>
              </w:sdtContent>
            </w:sdt>
          </w:p>
        </w:tc>
      </w:tr>
      <w:tr w:rsidR="0032698B" w14:paraId="66E65EA0" w14:textId="77777777" w:rsidTr="005B015A">
        <w:tc>
          <w:tcPr>
            <w:tcW w:w="3510" w:type="dxa"/>
          </w:tcPr>
          <w:p w14:paraId="0665A75C" w14:textId="2DAB7FBE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Adresse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156A6281" w14:textId="7625AF25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1961607938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Adresse</w:t>
                </w:r>
                <w:proofErr w:type="spellEnd"/>
              </w:sdtContent>
            </w:sdt>
          </w:p>
        </w:tc>
      </w:tr>
      <w:tr w:rsidR="0032698B" w14:paraId="046E10EE" w14:textId="77777777" w:rsidTr="005B015A">
        <w:tc>
          <w:tcPr>
            <w:tcW w:w="3510" w:type="dxa"/>
          </w:tcPr>
          <w:p w14:paraId="1E8638ED" w14:textId="27506A7A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Téléphone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20876B09" w14:textId="01E11861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727182162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Telephone</w:t>
                </w:r>
              </w:sdtContent>
            </w:sdt>
          </w:p>
        </w:tc>
      </w:tr>
      <w:tr w:rsidR="0032698B" w14:paraId="7C9DF2F3" w14:textId="77777777" w:rsidTr="005B015A">
        <w:tc>
          <w:tcPr>
            <w:tcW w:w="3510" w:type="dxa"/>
          </w:tcPr>
          <w:p w14:paraId="5F22E2B9" w14:textId="7777777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Activité</w:t>
            </w:r>
            <w:proofErr w:type="spellEnd"/>
          </w:p>
        </w:tc>
        <w:tc>
          <w:tcPr>
            <w:tcW w:w="6802" w:type="dxa"/>
          </w:tcPr>
          <w:p w14:paraId="10146664" w14:textId="17C4517A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1013652448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Activité</w:t>
                </w:r>
                <w:proofErr w:type="spellEnd"/>
              </w:sdtContent>
            </w:sdt>
          </w:p>
        </w:tc>
      </w:tr>
      <w:tr w:rsidR="0032698B" w14:paraId="11A10B09" w14:textId="77777777" w:rsidTr="005B015A">
        <w:tc>
          <w:tcPr>
            <w:tcW w:w="3510" w:type="dxa"/>
          </w:tcPr>
          <w:p w14:paraId="784A9661" w14:textId="0A45AFD3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Effectif</w:t>
            </w:r>
            <w:proofErr w:type="spellEnd"/>
            <w:r w:rsidR="005B015A" w:rsidRPr="009C29CE">
              <w:rPr>
                <w:rFonts w:ascii="Segoe UI Semilight" w:hAnsi="Segoe UI Semilight" w:cs="Segoe UI Semilight"/>
                <w:b/>
                <w:bCs/>
              </w:rPr>
              <w:t xml:space="preserve"> local</w:t>
            </w:r>
          </w:p>
        </w:tc>
        <w:tc>
          <w:tcPr>
            <w:tcW w:w="6802" w:type="dxa"/>
          </w:tcPr>
          <w:p w14:paraId="5B68B9CD" w14:textId="334C6D7D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2053219313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Effectif</w:t>
                </w:r>
                <w:proofErr w:type="spellEnd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 xml:space="preserve"> Local</w:t>
                </w:r>
              </w:sdtContent>
            </w:sdt>
          </w:p>
        </w:tc>
      </w:tr>
      <w:tr w:rsidR="0032698B" w14:paraId="5E3EB410" w14:textId="77777777" w:rsidTr="005B015A">
        <w:tc>
          <w:tcPr>
            <w:tcW w:w="3510" w:type="dxa"/>
          </w:tcPr>
          <w:p w14:paraId="79813B24" w14:textId="5311849D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9C29CE">
              <w:rPr>
                <w:rFonts w:ascii="Segoe UI Semilight" w:hAnsi="Segoe UI Semilight" w:cs="Segoe UI Semilight"/>
                <w:b/>
                <w:bCs/>
              </w:rPr>
              <w:t>Code NAF</w:t>
            </w:r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1B7172F4" w14:textId="062DEBE9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979844339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Code NAF</w:t>
                </w:r>
              </w:sdtContent>
            </w:sdt>
          </w:p>
        </w:tc>
      </w:tr>
      <w:tr w:rsidR="0032698B" w14:paraId="4B36F6B4" w14:textId="77777777" w:rsidTr="005B015A">
        <w:tc>
          <w:tcPr>
            <w:tcW w:w="3510" w:type="dxa"/>
            <w:tcBorders>
              <w:bottom w:val="single" w:sz="4" w:space="0" w:color="auto"/>
            </w:tcBorders>
          </w:tcPr>
          <w:p w14:paraId="7055589F" w14:textId="62196103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9C29CE">
              <w:rPr>
                <w:rFonts w:ascii="Segoe UI Semilight" w:hAnsi="Segoe UI Semilight" w:cs="Segoe UI Semilight"/>
                <w:b/>
                <w:bCs/>
              </w:rPr>
              <w:t>SIRET</w:t>
            </w:r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  <w:tcBorders>
              <w:bottom w:val="single" w:sz="4" w:space="0" w:color="auto"/>
            </w:tcBorders>
          </w:tcPr>
          <w:p w14:paraId="325CE300" w14:textId="2AB8151F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2074799716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SIRET</w:t>
                </w:r>
              </w:sdtContent>
            </w:sdt>
          </w:p>
        </w:tc>
      </w:tr>
      <w:tr w:rsidR="005B015A" w14:paraId="27936317" w14:textId="77777777" w:rsidTr="005B015A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73D06" w14:textId="77777777" w:rsidR="005B015A" w:rsidRDefault="005B015A"/>
        </w:tc>
        <w:tc>
          <w:tcPr>
            <w:tcW w:w="6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CF442" w14:textId="77777777" w:rsidR="005B015A" w:rsidRDefault="005B015A"/>
        </w:tc>
      </w:tr>
    </w:tbl>
    <w:p w14:paraId="57360FBA" w14:textId="2BEF1978" w:rsidR="0032698B" w:rsidRDefault="00964A8C">
      <w:pPr>
        <w:shd w:val="clear" w:color="auto" w:fill="B30000"/>
      </w:pPr>
      <w:r w:rsidRPr="00351033">
        <w:rPr>
          <w:rFonts w:ascii="Segoe UI Black" w:hAnsi="Segoe UI Black"/>
          <w:b/>
          <w:color w:val="FFFFFF"/>
        </w:rPr>
        <w:t>DEMANDEUR</w:t>
      </w:r>
      <w:r>
        <w:rPr>
          <w:b/>
          <w:color w:val="FFFFFF"/>
        </w:rPr>
        <w:t xml:space="preserve"> </w:t>
      </w:r>
      <w:r w:rsidRPr="00351033">
        <w:rPr>
          <w:rFonts w:ascii="Segoe UI Semilight" w:hAnsi="Segoe UI Semilight" w:cs="Segoe UI Semilight"/>
          <w:b/>
          <w:color w:val="FFFFFF"/>
        </w:rPr>
        <w:t>(</w:t>
      </w:r>
      <w:proofErr w:type="spellStart"/>
      <w:r w:rsidRPr="00351033">
        <w:rPr>
          <w:rFonts w:ascii="Segoe UI Semilight" w:hAnsi="Segoe UI Semilight" w:cs="Segoe UI Semilight"/>
          <w:b/>
          <w:color w:val="FFFFFF"/>
        </w:rPr>
        <w:t>si</w:t>
      </w:r>
      <w:proofErr w:type="spellEnd"/>
      <w:r w:rsidRPr="00351033">
        <w:rPr>
          <w:rFonts w:ascii="Segoe UI Semilight" w:hAnsi="Segoe UI Semilight" w:cs="Segoe UI Semilight"/>
          <w:b/>
          <w:color w:val="FFFFFF"/>
        </w:rPr>
        <w:t xml:space="preserve"> </w:t>
      </w:r>
      <w:proofErr w:type="spellStart"/>
      <w:r w:rsidRPr="00351033">
        <w:rPr>
          <w:rFonts w:ascii="Segoe UI Semilight" w:hAnsi="Segoe UI Semilight" w:cs="Segoe UI Semilight"/>
          <w:b/>
          <w:color w:val="FFFFFF"/>
        </w:rPr>
        <w:t>différent</w:t>
      </w:r>
      <w:proofErr w:type="spellEnd"/>
      <w:r w:rsidRPr="00351033">
        <w:rPr>
          <w:rFonts w:ascii="Segoe UI Semilight" w:hAnsi="Segoe UI Semilight" w:cs="Segoe UI Semilight"/>
          <w:b/>
          <w:color w:val="FFFFFF"/>
        </w:rPr>
        <w:t xml:space="preserve"> du participant)</w:t>
      </w:r>
      <w:r w:rsidR="005B015A" w:rsidRPr="00351033">
        <w:rPr>
          <w:rFonts w:ascii="Segoe UI Semilight" w:hAnsi="Segoe UI Semilight" w:cs="Segoe UI Semilight"/>
          <w:b/>
          <w:color w:val="FFFFFF"/>
        </w:rPr>
        <w:t xml:space="preserve"> – Important pour </w:t>
      </w:r>
      <w:proofErr w:type="spellStart"/>
      <w:r w:rsidR="005B015A" w:rsidRPr="00351033">
        <w:rPr>
          <w:rFonts w:ascii="Segoe UI Semilight" w:hAnsi="Segoe UI Semilight" w:cs="Segoe UI Semilight"/>
          <w:b/>
          <w:color w:val="FFFFFF"/>
        </w:rPr>
        <w:t>adressage</w:t>
      </w:r>
      <w:proofErr w:type="spellEnd"/>
      <w:r w:rsidR="005B015A" w:rsidRPr="00351033">
        <w:rPr>
          <w:rFonts w:ascii="Segoe UI Semilight" w:hAnsi="Segoe UI Semilight" w:cs="Segoe UI Semilight"/>
          <w:b/>
          <w:color w:val="FFFFFF"/>
        </w:rPr>
        <w:t xml:space="preserve"> de </w:t>
      </w:r>
      <w:proofErr w:type="spellStart"/>
      <w:r w:rsidR="005B015A" w:rsidRPr="00351033">
        <w:rPr>
          <w:rFonts w:ascii="Segoe UI Semilight" w:hAnsi="Segoe UI Semilight" w:cs="Segoe UI Semilight"/>
          <w:b/>
          <w:color w:val="FFFFFF"/>
        </w:rPr>
        <w:t>l’évaluation</w:t>
      </w:r>
      <w:proofErr w:type="spellEnd"/>
      <w:r w:rsidR="005B015A" w:rsidRPr="00351033">
        <w:rPr>
          <w:rFonts w:ascii="Segoe UI Semilight" w:hAnsi="Segoe UI Semilight" w:cs="Segoe UI Semilight"/>
          <w:b/>
          <w:color w:val="FFFFFF"/>
        </w:rPr>
        <w:t xml:space="preserve"> à </w:t>
      </w:r>
      <w:proofErr w:type="spellStart"/>
      <w:r w:rsidR="005B015A" w:rsidRPr="00351033">
        <w:rPr>
          <w:rFonts w:ascii="Segoe UI Semilight" w:hAnsi="Segoe UI Semilight" w:cs="Segoe UI Semilight"/>
          <w:b/>
          <w:color w:val="FFFFFF"/>
        </w:rPr>
        <w:t>froid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6802"/>
      </w:tblGrid>
      <w:tr w:rsidR="0032698B" w14:paraId="70CFE6A0" w14:textId="77777777" w:rsidTr="005B015A">
        <w:tc>
          <w:tcPr>
            <w:tcW w:w="3510" w:type="dxa"/>
          </w:tcPr>
          <w:p w14:paraId="3037E9A4" w14:textId="7777777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Civilité</w:t>
            </w:r>
            <w:proofErr w:type="spellEnd"/>
          </w:p>
        </w:tc>
        <w:tc>
          <w:tcPr>
            <w:tcW w:w="6802" w:type="dxa"/>
          </w:tcPr>
          <w:p w14:paraId="25DD3341" w14:textId="1CB0E5C4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r w:rsidR="005B015A" w:rsidRPr="00AC386C">
              <w:rPr>
                <w:rFonts w:ascii="Segoe UI Semilight" w:hAnsi="Segoe UI Semilight" w:cs="Segoe UI Semilight"/>
                <w:color w:val="C00000"/>
              </w:rPr>
              <w:t xml:space="preserve">Mme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35577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15A" w:rsidRPr="00AC386C">
                  <w:rPr>
                    <w:rFonts w:ascii="Segoe UI Symbol" w:eastAsia="MS Gothic" w:hAnsi="Segoe UI Symbol" w:cs="Segoe UI Symbol"/>
                    <w:color w:val="C00000"/>
                  </w:rPr>
                  <w:t>☐</w:t>
                </w:r>
              </w:sdtContent>
            </w:sdt>
            <w:r w:rsidR="005B015A"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proofErr w:type="spellStart"/>
            <w:r w:rsidR="005B015A" w:rsidRPr="00AC386C">
              <w:rPr>
                <w:rFonts w:ascii="Segoe UI Semilight" w:hAnsi="Segoe UI Semilight" w:cs="Segoe UI Semilight"/>
                <w:color w:val="C00000"/>
              </w:rPr>
              <w:t>M</w:t>
            </w:r>
            <w:r w:rsidR="00351033">
              <w:rPr>
                <w:rFonts w:ascii="Segoe UI Semilight" w:hAnsi="Segoe UI Semilight" w:cs="Segoe UI Semilight"/>
                <w:color w:val="C00000"/>
              </w:rPr>
              <w:t>r</w:t>
            </w:r>
            <w:proofErr w:type="spellEnd"/>
            <w:r w:rsidR="005B015A"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141327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15A" w:rsidRPr="00AC386C">
                  <w:rPr>
                    <w:rFonts w:ascii="Segoe UI Symbol" w:eastAsia="MS Gothic" w:hAnsi="Segoe UI Symbol" w:cs="Segoe UI Symbol"/>
                    <w:color w:val="C00000"/>
                  </w:rPr>
                  <w:t>☐</w:t>
                </w:r>
              </w:sdtContent>
            </w:sdt>
          </w:p>
        </w:tc>
      </w:tr>
      <w:tr w:rsidR="0032698B" w14:paraId="72FE89AF" w14:textId="77777777" w:rsidTr="005B015A">
        <w:tc>
          <w:tcPr>
            <w:tcW w:w="3510" w:type="dxa"/>
          </w:tcPr>
          <w:p w14:paraId="4134A460" w14:textId="7777777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9C29CE">
              <w:rPr>
                <w:rFonts w:ascii="Segoe UI Semilight" w:hAnsi="Segoe UI Semilight" w:cs="Segoe UI Semilight"/>
                <w:b/>
                <w:bCs/>
              </w:rPr>
              <w:t>Nom</w:t>
            </w:r>
          </w:p>
        </w:tc>
        <w:tc>
          <w:tcPr>
            <w:tcW w:w="6802" w:type="dxa"/>
          </w:tcPr>
          <w:p w14:paraId="23DD831B" w14:textId="211E412A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689756471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Nom</w:t>
                </w:r>
              </w:sdtContent>
            </w:sdt>
          </w:p>
        </w:tc>
      </w:tr>
      <w:tr w:rsidR="0032698B" w14:paraId="59DBC2F0" w14:textId="77777777" w:rsidTr="005B015A">
        <w:tc>
          <w:tcPr>
            <w:tcW w:w="3510" w:type="dxa"/>
          </w:tcPr>
          <w:p w14:paraId="08C35E3C" w14:textId="7777777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Prénom</w:t>
            </w:r>
            <w:proofErr w:type="spellEnd"/>
          </w:p>
        </w:tc>
        <w:tc>
          <w:tcPr>
            <w:tcW w:w="6802" w:type="dxa"/>
          </w:tcPr>
          <w:p w14:paraId="28CE8CB7" w14:textId="3F1B361E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787881359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Prénom</w:t>
                </w:r>
                <w:proofErr w:type="spellEnd"/>
              </w:sdtContent>
            </w:sdt>
          </w:p>
        </w:tc>
      </w:tr>
      <w:tr w:rsidR="0032698B" w14:paraId="16A98F38" w14:textId="77777777" w:rsidTr="005B015A">
        <w:tc>
          <w:tcPr>
            <w:tcW w:w="3510" w:type="dxa"/>
          </w:tcPr>
          <w:p w14:paraId="06D8274E" w14:textId="7777777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Fonction</w:t>
            </w:r>
            <w:proofErr w:type="spellEnd"/>
          </w:p>
        </w:tc>
        <w:tc>
          <w:tcPr>
            <w:tcW w:w="6802" w:type="dxa"/>
          </w:tcPr>
          <w:p w14:paraId="1895D3B7" w14:textId="6DCF973C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1733811246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Fonction</w:t>
                </w:r>
                <w:proofErr w:type="spellEnd"/>
              </w:sdtContent>
            </w:sdt>
          </w:p>
        </w:tc>
      </w:tr>
      <w:tr w:rsidR="0032698B" w14:paraId="2BD89EA4" w14:textId="77777777" w:rsidTr="005B015A">
        <w:tc>
          <w:tcPr>
            <w:tcW w:w="3510" w:type="dxa"/>
          </w:tcPr>
          <w:p w14:paraId="03CA40FF" w14:textId="7777777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9C29CE">
              <w:rPr>
                <w:rFonts w:ascii="Segoe UI Semilight" w:hAnsi="Segoe UI Semilight" w:cs="Segoe UI Semilight"/>
                <w:b/>
                <w:bCs/>
              </w:rPr>
              <w:t>Email</w:t>
            </w:r>
          </w:p>
        </w:tc>
        <w:tc>
          <w:tcPr>
            <w:tcW w:w="6802" w:type="dxa"/>
          </w:tcPr>
          <w:p w14:paraId="7FDE0BDC" w14:textId="73EA2A1B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1334106273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Email</w:t>
                </w:r>
              </w:sdtContent>
            </w:sdt>
          </w:p>
        </w:tc>
      </w:tr>
      <w:tr w:rsidR="0032698B" w14:paraId="49D721FD" w14:textId="77777777" w:rsidTr="005B015A">
        <w:tc>
          <w:tcPr>
            <w:tcW w:w="3510" w:type="dxa"/>
            <w:tcBorders>
              <w:bottom w:val="single" w:sz="4" w:space="0" w:color="auto"/>
            </w:tcBorders>
          </w:tcPr>
          <w:p w14:paraId="4A76C488" w14:textId="7777777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Téléphone</w:t>
            </w:r>
            <w:proofErr w:type="spellEnd"/>
          </w:p>
        </w:tc>
        <w:tc>
          <w:tcPr>
            <w:tcW w:w="6802" w:type="dxa"/>
            <w:tcBorders>
              <w:bottom w:val="single" w:sz="4" w:space="0" w:color="auto"/>
            </w:tcBorders>
          </w:tcPr>
          <w:p w14:paraId="6C1031F9" w14:textId="4D9FFD0C" w:rsidR="005B015A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904142311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Téléphone</w:t>
                </w:r>
                <w:proofErr w:type="spellEnd"/>
              </w:sdtContent>
            </w:sdt>
          </w:p>
        </w:tc>
      </w:tr>
      <w:tr w:rsidR="005B015A" w14:paraId="4BC22B01" w14:textId="77777777" w:rsidTr="005B015A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1565A" w14:textId="77777777" w:rsidR="005B015A" w:rsidRDefault="005B015A"/>
        </w:tc>
        <w:tc>
          <w:tcPr>
            <w:tcW w:w="6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AB1C2" w14:textId="77777777" w:rsidR="005B015A" w:rsidRDefault="005B015A"/>
        </w:tc>
      </w:tr>
    </w:tbl>
    <w:p w14:paraId="6E8062AB" w14:textId="77777777" w:rsidR="0032698B" w:rsidRPr="00351033" w:rsidRDefault="00964A8C">
      <w:pPr>
        <w:shd w:val="clear" w:color="auto" w:fill="B30000"/>
        <w:rPr>
          <w:rFonts w:ascii="Segoe UI Black" w:hAnsi="Segoe UI Black"/>
        </w:rPr>
      </w:pPr>
      <w:r w:rsidRPr="00351033">
        <w:rPr>
          <w:rFonts w:ascii="Segoe UI Black" w:hAnsi="Segoe UI Black"/>
          <w:b/>
          <w:color w:val="FFFFFF"/>
        </w:rPr>
        <w:t>CONTACT RH / 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6802"/>
      </w:tblGrid>
      <w:tr w:rsidR="0032698B" w14:paraId="668D3A34" w14:textId="77777777" w:rsidTr="005B015A">
        <w:tc>
          <w:tcPr>
            <w:tcW w:w="3510" w:type="dxa"/>
          </w:tcPr>
          <w:p w14:paraId="3419C2CF" w14:textId="2201B411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Civilité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4CE745D7" w14:textId="1212991F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r w:rsidR="005B015A" w:rsidRPr="00AC386C">
              <w:rPr>
                <w:rFonts w:ascii="Segoe UI Semilight" w:hAnsi="Segoe UI Semilight" w:cs="Segoe UI Semilight"/>
                <w:color w:val="C00000"/>
              </w:rPr>
              <w:t xml:space="preserve">Mme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73438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15A" w:rsidRPr="00AC386C">
                  <w:rPr>
                    <w:rFonts w:ascii="Segoe UI Symbol" w:eastAsia="MS Gothic" w:hAnsi="Segoe UI Symbol" w:cs="Segoe UI Symbol"/>
                    <w:color w:val="C00000"/>
                  </w:rPr>
                  <w:t>☐</w:t>
                </w:r>
              </w:sdtContent>
            </w:sdt>
            <w:r w:rsidR="005B015A"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proofErr w:type="spellStart"/>
            <w:r w:rsidR="005B015A" w:rsidRPr="00AC386C">
              <w:rPr>
                <w:rFonts w:ascii="Segoe UI Semilight" w:hAnsi="Segoe UI Semilight" w:cs="Segoe UI Semilight"/>
                <w:color w:val="C00000"/>
              </w:rPr>
              <w:t>M</w:t>
            </w:r>
            <w:r w:rsidR="00351033">
              <w:rPr>
                <w:rFonts w:ascii="Segoe UI Semilight" w:hAnsi="Segoe UI Semilight" w:cs="Segoe UI Semilight"/>
                <w:color w:val="C00000"/>
              </w:rPr>
              <w:t>r</w:t>
            </w:r>
            <w:proofErr w:type="spellEnd"/>
            <w:r w:rsidR="005B015A"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94514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15A" w:rsidRPr="00AC386C">
                  <w:rPr>
                    <w:rFonts w:ascii="Segoe UI Symbol" w:eastAsia="MS Gothic" w:hAnsi="Segoe UI Symbol" w:cs="Segoe UI Symbol"/>
                    <w:color w:val="C00000"/>
                  </w:rPr>
                  <w:t>☐</w:t>
                </w:r>
              </w:sdtContent>
            </w:sdt>
          </w:p>
        </w:tc>
      </w:tr>
      <w:tr w:rsidR="0032698B" w14:paraId="669EB763" w14:textId="77777777" w:rsidTr="005B015A">
        <w:tc>
          <w:tcPr>
            <w:tcW w:w="3510" w:type="dxa"/>
          </w:tcPr>
          <w:p w14:paraId="57D4E917" w14:textId="3665A1B4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9C29CE">
              <w:rPr>
                <w:rFonts w:ascii="Segoe UI Semilight" w:hAnsi="Segoe UI Semilight" w:cs="Segoe UI Semilight"/>
                <w:b/>
                <w:bCs/>
              </w:rPr>
              <w:t>Nom</w:t>
            </w:r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7D149327" w14:textId="3BB42E30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764525779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Nom</w:t>
                </w:r>
              </w:sdtContent>
            </w:sdt>
          </w:p>
        </w:tc>
      </w:tr>
      <w:tr w:rsidR="0032698B" w14:paraId="03AA05F5" w14:textId="77777777" w:rsidTr="005B015A">
        <w:tc>
          <w:tcPr>
            <w:tcW w:w="3510" w:type="dxa"/>
          </w:tcPr>
          <w:p w14:paraId="0BD3373D" w14:textId="73F952B3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Prénom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253B9705" w14:textId="030BAF21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1047260320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Prénom</w:t>
                </w:r>
                <w:proofErr w:type="spellEnd"/>
              </w:sdtContent>
            </w:sdt>
          </w:p>
        </w:tc>
      </w:tr>
      <w:tr w:rsidR="0032698B" w14:paraId="7D340226" w14:textId="77777777" w:rsidTr="005B015A">
        <w:tc>
          <w:tcPr>
            <w:tcW w:w="3510" w:type="dxa"/>
          </w:tcPr>
          <w:p w14:paraId="72478738" w14:textId="3EE694D7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Fonction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752553BD" w14:textId="2684232C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373778589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Fonction</w:t>
                </w:r>
                <w:proofErr w:type="spellEnd"/>
              </w:sdtContent>
            </w:sdt>
          </w:p>
        </w:tc>
      </w:tr>
      <w:tr w:rsidR="0032698B" w14:paraId="6A84FABA" w14:textId="77777777" w:rsidTr="005B015A">
        <w:tc>
          <w:tcPr>
            <w:tcW w:w="3510" w:type="dxa"/>
          </w:tcPr>
          <w:p w14:paraId="3B3096D1" w14:textId="2EE8C0AB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9C29CE">
              <w:rPr>
                <w:rFonts w:ascii="Segoe UI Semilight" w:hAnsi="Segoe UI Semilight" w:cs="Segoe UI Semilight"/>
                <w:b/>
                <w:bCs/>
              </w:rPr>
              <w:t>Email</w:t>
            </w:r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56051E44" w14:textId="41A0A35A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2077171979"/>
                <w:placeholder>
                  <w:docPart w:val="DefaultPlaceholder_-1854013440"/>
                </w:placeholder>
                <w:text/>
              </w:sdtPr>
              <w:sdtContent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Email</w:t>
                </w:r>
              </w:sdtContent>
            </w:sdt>
          </w:p>
        </w:tc>
      </w:tr>
      <w:tr w:rsidR="0032698B" w14:paraId="3C78C6A4" w14:textId="77777777" w:rsidTr="005B015A">
        <w:tc>
          <w:tcPr>
            <w:tcW w:w="3510" w:type="dxa"/>
          </w:tcPr>
          <w:p w14:paraId="69816D25" w14:textId="32341B51" w:rsidR="0032698B" w:rsidRPr="009C29CE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9C29CE">
              <w:rPr>
                <w:rFonts w:ascii="Segoe UI Semilight" w:hAnsi="Segoe UI Semilight" w:cs="Segoe UI Semilight"/>
                <w:b/>
                <w:bCs/>
              </w:rPr>
              <w:t>Téléphone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554EF5F4" w14:textId="46E0B075" w:rsidR="0032698B" w:rsidRPr="00AC386C" w:rsidRDefault="00964A8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787731125"/>
                <w:placeholder>
                  <w:docPart w:val="DefaultPlaceholder_-1854013440"/>
                </w:placeholder>
                <w:text/>
              </w:sdtPr>
              <w:sdtContent>
                <w:proofErr w:type="spellStart"/>
                <w:r w:rsidR="0019296B">
                  <w:rPr>
                    <w:rFonts w:ascii="Segoe UI Semilight" w:hAnsi="Segoe UI Semilight" w:cs="Segoe UI Semilight"/>
                    <w:color w:val="C00000"/>
                  </w:rPr>
                  <w:t>Téléphone</w:t>
                </w:r>
                <w:proofErr w:type="spellEnd"/>
              </w:sdtContent>
            </w:sdt>
          </w:p>
        </w:tc>
      </w:tr>
      <w:tr w:rsidR="00351033" w14:paraId="3877083F" w14:textId="77777777" w:rsidTr="0056722D">
        <w:tc>
          <w:tcPr>
            <w:tcW w:w="10312" w:type="dxa"/>
            <w:gridSpan w:val="2"/>
          </w:tcPr>
          <w:p w14:paraId="7255A4CF" w14:textId="43526D40" w:rsidR="00E63120" w:rsidRDefault="00351033" w:rsidP="00E63120">
            <w:pPr>
              <w:jc w:val="center"/>
              <w:rPr>
                <w:rFonts w:ascii="Segoe UI Semilight" w:hAnsi="Segoe UI Semilight" w:cs="Segoe UI Semilight"/>
                <w:b/>
                <w:bCs/>
                <w:sz w:val="28"/>
                <w:szCs w:val="28"/>
              </w:rPr>
            </w:pPr>
            <w:r>
              <w:rPr>
                <w:rFonts w:ascii="Segoe UI Semilight" w:hAnsi="Segoe UI Semilight" w:cs="Segoe UI Semilight"/>
                <w:b/>
                <w:bCs/>
              </w:rPr>
              <w:t xml:space="preserve">Nous </w:t>
            </w:r>
            <w:proofErr w:type="spellStart"/>
            <w:r>
              <w:rPr>
                <w:rFonts w:ascii="Segoe UI Semilight" w:hAnsi="Segoe UI Semilight" w:cs="Segoe UI Semilight"/>
                <w:b/>
                <w:bCs/>
              </w:rPr>
              <w:t>chargeons</w:t>
            </w:r>
            <w:proofErr w:type="spellEnd"/>
            <w:r>
              <w:rPr>
                <w:rFonts w:ascii="Segoe UI Semilight" w:hAnsi="Segoe UI Semilight" w:cs="Segoe UI Semilight"/>
                <w:b/>
                <w:bCs/>
              </w:rPr>
              <w:t xml:space="preserve"> </w:t>
            </w:r>
            <w:r w:rsidRPr="00351033">
              <w:rPr>
                <w:rFonts w:ascii="Segoe UI Semilight" w:hAnsi="Segoe UI Semilight" w:cs="Segoe UI Semilight"/>
                <w:b/>
                <w:bCs/>
              </w:rPr>
              <w:t xml:space="preserve">IREPA LASER de la </w:t>
            </w:r>
            <w:proofErr w:type="spellStart"/>
            <w:r w:rsidRPr="00351033">
              <w:rPr>
                <w:rFonts w:ascii="Segoe UI Semilight" w:hAnsi="Segoe UI Semilight" w:cs="Segoe UI Semilight"/>
                <w:b/>
                <w:bCs/>
              </w:rPr>
              <w:t>saisie</w:t>
            </w:r>
            <w:proofErr w:type="spellEnd"/>
            <w:r w:rsidRPr="00351033">
              <w:rPr>
                <w:rFonts w:ascii="Segoe UI Semilight" w:hAnsi="Segoe UI Semilight" w:cs="Segoe UI Semilight"/>
                <w:b/>
                <w:bCs/>
              </w:rPr>
              <w:t xml:space="preserve"> </w:t>
            </w:r>
            <w:r w:rsidR="00E63120">
              <w:rPr>
                <w:rFonts w:ascii="Segoe UI Semilight" w:hAnsi="Segoe UI Semilight" w:cs="Segoe UI Semilight"/>
                <w:b/>
                <w:bCs/>
              </w:rPr>
              <w:t xml:space="preserve">dans le </w:t>
            </w:r>
            <w:proofErr w:type="spellStart"/>
            <w:r w:rsidRPr="00351033">
              <w:rPr>
                <w:rFonts w:ascii="Segoe UI Semilight" w:hAnsi="Segoe UI Semilight" w:cs="Segoe UI Semilight"/>
                <w:b/>
                <w:bCs/>
              </w:rPr>
              <w:t>Passeport</w:t>
            </w:r>
            <w:proofErr w:type="spellEnd"/>
            <w:r w:rsidRPr="00351033">
              <w:rPr>
                <w:rFonts w:ascii="Segoe UI Semilight" w:hAnsi="Segoe UI Semilight" w:cs="Segoe UI Semilight"/>
                <w:b/>
                <w:bCs/>
              </w:rPr>
              <w:t xml:space="preserve"> </w:t>
            </w:r>
            <w:proofErr w:type="spellStart"/>
            <w:proofErr w:type="gramStart"/>
            <w:r w:rsidRPr="00351033">
              <w:rPr>
                <w:rFonts w:ascii="Segoe UI Semilight" w:hAnsi="Segoe UI Semilight" w:cs="Segoe UI Semilight"/>
                <w:b/>
                <w:bCs/>
              </w:rPr>
              <w:t>Prévention</w:t>
            </w:r>
            <w:proofErr w:type="spellEnd"/>
            <w:r w:rsidRPr="00351033">
              <w:rPr>
                <w:rFonts w:ascii="Segoe UI Semilight" w:hAnsi="Segoe UI Semilight" w:cs="Segoe UI Semilight"/>
                <w:b/>
                <w:bCs/>
              </w:rPr>
              <w:t xml:space="preserve"> ?</w:t>
            </w:r>
            <w:proofErr w:type="gramEnd"/>
            <w:r w:rsidR="00E63120">
              <w:rPr>
                <w:rFonts w:ascii="Segoe UI Semilight" w:hAnsi="Segoe UI Semilight" w:cs="Segoe UI Semilight"/>
                <w:b/>
                <w:bCs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b/>
                  <w:bCs/>
                  <w:color w:val="C00000"/>
                  <w:sz w:val="28"/>
                  <w:szCs w:val="28"/>
                  <w:highlight w:val="yellow"/>
                </w:rPr>
                <w:id w:val="80335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3120" w:rsidRPr="0019296B">
                  <w:rPr>
                    <w:rFonts w:ascii="MS Gothic" w:eastAsia="MS Gothic" w:hAnsi="MS Gothic" w:cs="Segoe UI Semilight" w:hint="eastAsia"/>
                    <w:b/>
                    <w:bCs/>
                    <w:color w:val="C00000"/>
                    <w:sz w:val="28"/>
                    <w:szCs w:val="28"/>
                    <w:highlight w:val="yellow"/>
                  </w:rPr>
                  <w:t>☐</w:t>
                </w:r>
              </w:sdtContent>
            </w:sdt>
          </w:p>
          <w:p w14:paraId="0BD9AAB8" w14:textId="426CC1A5" w:rsidR="00351033" w:rsidRPr="00FA082C" w:rsidRDefault="00E63120" w:rsidP="00E63120">
            <w:pPr>
              <w:jc w:val="center"/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</w:pPr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(</w:t>
            </w:r>
            <w:proofErr w:type="spellStart"/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Uniquement</w:t>
            </w:r>
            <w:proofErr w:type="spellEnd"/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 xml:space="preserve"> pour les formations </w:t>
            </w:r>
            <w:proofErr w:type="gramStart"/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PERL</w:t>
            </w:r>
            <w:r w:rsidR="0019296B"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(</w:t>
            </w:r>
            <w:proofErr w:type="gramEnd"/>
            <w:r w:rsidR="0019296B"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niv2)</w:t>
            </w:r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RSL</w:t>
            </w:r>
            <w:r w:rsidR="0019296B"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(</w:t>
            </w:r>
            <w:proofErr w:type="gramEnd"/>
            <w:r w:rsidR="0019296B"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niv3)</w:t>
            </w:r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 xml:space="preserve"> et </w:t>
            </w:r>
            <w:proofErr w:type="gramStart"/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PCSL</w:t>
            </w:r>
            <w:r w:rsidR="0019296B"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(</w:t>
            </w:r>
            <w:proofErr w:type="gramEnd"/>
            <w:r w:rsidR="0019296B"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>niv3+)</w:t>
            </w:r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</w:rPr>
              <w:t xml:space="preserve">; </w:t>
            </w:r>
            <w:r w:rsidRPr="00FA082C">
              <w:rPr>
                <w:rFonts w:ascii="Segoe UI Semilight" w:hAnsi="Segoe UI Semilight" w:cs="Segoe UI Semilight"/>
                <w:b/>
                <w:bCs/>
                <w:sz w:val="20"/>
                <w:szCs w:val="20"/>
                <w:highlight w:val="yellow"/>
              </w:rPr>
              <w:t xml:space="preserve">NIR et SIRET </w:t>
            </w:r>
            <w:proofErr w:type="spellStart"/>
            <w:r w:rsidRPr="007B0700">
              <w:rPr>
                <w:rFonts w:ascii="Segoe UI Semilight" w:hAnsi="Segoe UI Semilight" w:cs="Segoe UI Semilight"/>
                <w:b/>
                <w:bCs/>
                <w:sz w:val="20"/>
                <w:szCs w:val="20"/>
                <w:highlight w:val="yellow"/>
              </w:rPr>
              <w:t>obligatoire</w:t>
            </w:r>
            <w:r w:rsidR="007B0700" w:rsidRPr="007B0700">
              <w:rPr>
                <w:rFonts w:ascii="Segoe UI Semilight" w:hAnsi="Segoe UI Semilight" w:cs="Segoe UI Semilight"/>
                <w:b/>
                <w:bCs/>
                <w:sz w:val="20"/>
                <w:szCs w:val="20"/>
                <w:highlight w:val="yellow"/>
              </w:rPr>
              <w:t>s</w:t>
            </w:r>
            <w:proofErr w:type="spellEnd"/>
            <w:r w:rsidRPr="007B0700">
              <w:rPr>
                <w:rFonts w:ascii="Segoe UI Semilight" w:hAnsi="Segoe UI Semilight" w:cs="Segoe UI Semilight"/>
                <w:b/>
                <w:bCs/>
                <w:sz w:val="20"/>
                <w:szCs w:val="20"/>
                <w:highlight w:val="yellow"/>
              </w:rPr>
              <w:t>)</w:t>
            </w:r>
          </w:p>
        </w:tc>
      </w:tr>
    </w:tbl>
    <w:p w14:paraId="672A6659" w14:textId="77777777" w:rsidR="0032698B" w:rsidRDefault="00964A8C">
      <w:r>
        <w:br w:type="page"/>
      </w:r>
    </w:p>
    <w:p w14:paraId="0E8F9FA4" w14:textId="0802C568" w:rsidR="0032698B" w:rsidRPr="00351033" w:rsidRDefault="00964A8C">
      <w:pPr>
        <w:shd w:val="clear" w:color="auto" w:fill="B30000"/>
        <w:rPr>
          <w:rFonts w:ascii="Segoe UI Black" w:hAnsi="Segoe UI Black"/>
        </w:rPr>
      </w:pPr>
      <w:r w:rsidRPr="00351033">
        <w:rPr>
          <w:rFonts w:ascii="Segoe UI Black" w:hAnsi="Segoe UI Black"/>
          <w:b/>
          <w:color w:val="FFFFFF"/>
        </w:rPr>
        <w:t>PARTICIPANT À LA 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6802"/>
      </w:tblGrid>
      <w:tr w:rsidR="0032698B" w14:paraId="65DD802B" w14:textId="77777777" w:rsidTr="005B015A">
        <w:tc>
          <w:tcPr>
            <w:tcW w:w="3510" w:type="dxa"/>
          </w:tcPr>
          <w:p w14:paraId="79D97DEE" w14:textId="058CDB54" w:rsidR="0032698B" w:rsidRPr="0016521B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16521B">
              <w:rPr>
                <w:rFonts w:ascii="Segoe UI Semilight" w:hAnsi="Segoe UI Semilight" w:cs="Segoe UI Semilight"/>
                <w:b/>
                <w:bCs/>
              </w:rPr>
              <w:t>Civilité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tc>
          <w:tcPr>
            <w:tcW w:w="6802" w:type="dxa"/>
          </w:tcPr>
          <w:p w14:paraId="0A37501D" w14:textId="5B0934DE" w:rsidR="0032698B" w:rsidRPr="00AC386C" w:rsidRDefault="00AC386C">
            <w:pPr>
              <w:rPr>
                <w:rFonts w:ascii="Segoe UI Semilight" w:hAnsi="Segoe UI Semilight" w:cs="Segoe UI Semilight"/>
                <w:color w:val="C00000"/>
              </w:rPr>
            </w:pPr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Mme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93124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386C">
                  <w:rPr>
                    <w:rFonts w:ascii="Segoe UI Symbol" w:eastAsia="MS Gothic" w:hAnsi="Segoe UI Symbol" w:cs="Segoe UI Symbol"/>
                    <w:color w:val="C00000"/>
                  </w:rPr>
                  <w:t>☐</w:t>
                </w:r>
              </w:sdtContent>
            </w:sdt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proofErr w:type="spellStart"/>
            <w:r w:rsidRPr="00AC386C">
              <w:rPr>
                <w:rFonts w:ascii="Segoe UI Semilight" w:hAnsi="Segoe UI Semilight" w:cs="Segoe UI Semilight"/>
                <w:color w:val="C00000"/>
              </w:rPr>
              <w:t>M</w:t>
            </w:r>
            <w:r w:rsidR="00351033">
              <w:rPr>
                <w:rFonts w:ascii="Segoe UI Semilight" w:hAnsi="Segoe UI Semilight" w:cs="Segoe UI Semilight"/>
                <w:color w:val="C00000"/>
              </w:rPr>
              <w:t>r</w:t>
            </w:r>
            <w:proofErr w:type="spellEnd"/>
            <w:r w:rsidRPr="00AC386C">
              <w:rPr>
                <w:rFonts w:ascii="Segoe UI Semilight" w:hAnsi="Segoe UI Semilight" w:cs="Segoe UI Semilight"/>
                <w:color w:val="C00000"/>
              </w:rPr>
              <w:t xml:space="preserve"> </w:t>
            </w:r>
            <w:sdt>
              <w:sdtPr>
                <w:rPr>
                  <w:rFonts w:ascii="Segoe UI Semilight" w:hAnsi="Segoe UI Semilight" w:cs="Segoe UI Semilight"/>
                  <w:color w:val="C00000"/>
                </w:rPr>
                <w:id w:val="-124556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386C">
                  <w:rPr>
                    <w:rFonts w:ascii="Segoe UI Symbol" w:eastAsia="MS Gothic" w:hAnsi="Segoe UI Symbol" w:cs="Segoe UI Symbol"/>
                    <w:color w:val="C00000"/>
                  </w:rPr>
                  <w:t>☐</w:t>
                </w:r>
              </w:sdtContent>
            </w:sdt>
          </w:p>
        </w:tc>
      </w:tr>
      <w:tr w:rsidR="0032698B" w14:paraId="38DD4AFC" w14:textId="77777777" w:rsidTr="005B015A">
        <w:tc>
          <w:tcPr>
            <w:tcW w:w="3510" w:type="dxa"/>
          </w:tcPr>
          <w:p w14:paraId="37FF2D02" w14:textId="07C6CE0E" w:rsidR="0032698B" w:rsidRPr="0016521B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16521B">
              <w:rPr>
                <w:rFonts w:ascii="Segoe UI Semilight" w:hAnsi="Segoe UI Semilight" w:cs="Segoe UI Semilight"/>
                <w:b/>
                <w:bCs/>
              </w:rPr>
              <w:t>Nom</w:t>
            </w:r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sdt>
          <w:sdtPr>
            <w:rPr>
              <w:rFonts w:ascii="Segoe UI Semilight" w:hAnsi="Segoe UI Semilight" w:cs="Segoe UI Semilight"/>
              <w:color w:val="C00000"/>
            </w:rPr>
            <w:id w:val="195277997"/>
            <w:placeholder>
              <w:docPart w:val="DefaultPlaceholder_-1854013440"/>
            </w:placeholder>
            <w:text/>
          </w:sdtPr>
          <w:sdtContent>
            <w:tc>
              <w:tcPr>
                <w:tcW w:w="6802" w:type="dxa"/>
              </w:tcPr>
              <w:p w14:paraId="5DAB6C7B" w14:textId="792109A2" w:rsidR="0032698B" w:rsidRPr="00AC386C" w:rsidRDefault="0019296B">
                <w:pPr>
                  <w:rPr>
                    <w:rFonts w:ascii="Segoe UI Semilight" w:hAnsi="Segoe UI Semilight" w:cs="Segoe UI Semilight"/>
                    <w:color w:val="C00000"/>
                  </w:rPr>
                </w:pPr>
                <w:r>
                  <w:rPr>
                    <w:rFonts w:ascii="Segoe UI Semilight" w:hAnsi="Segoe UI Semilight" w:cs="Segoe UI Semilight"/>
                    <w:color w:val="C00000"/>
                  </w:rPr>
                  <w:t>Nom</w:t>
                </w:r>
              </w:p>
            </w:tc>
          </w:sdtContent>
        </w:sdt>
      </w:tr>
      <w:tr w:rsidR="0032698B" w14:paraId="5163AACF" w14:textId="77777777" w:rsidTr="005B015A">
        <w:tc>
          <w:tcPr>
            <w:tcW w:w="3510" w:type="dxa"/>
          </w:tcPr>
          <w:p w14:paraId="1C174B68" w14:textId="70DBACD3" w:rsidR="0032698B" w:rsidRPr="0016521B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16521B">
              <w:rPr>
                <w:rFonts w:ascii="Segoe UI Semilight" w:hAnsi="Segoe UI Semilight" w:cs="Segoe UI Semilight"/>
                <w:b/>
                <w:bCs/>
              </w:rPr>
              <w:t>Prénom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sdt>
          <w:sdtPr>
            <w:rPr>
              <w:rFonts w:ascii="Segoe UI Semilight" w:hAnsi="Segoe UI Semilight" w:cs="Segoe UI Semilight"/>
              <w:color w:val="C00000"/>
            </w:rPr>
            <w:id w:val="1039319412"/>
            <w:placeholder>
              <w:docPart w:val="DefaultPlaceholder_-1854013440"/>
            </w:placeholder>
            <w:text/>
          </w:sdtPr>
          <w:sdtContent>
            <w:tc>
              <w:tcPr>
                <w:tcW w:w="6802" w:type="dxa"/>
              </w:tcPr>
              <w:p w14:paraId="02EB378F" w14:textId="1C2A829E" w:rsidR="0032698B" w:rsidRPr="00AC386C" w:rsidRDefault="0019296B">
                <w:pPr>
                  <w:rPr>
                    <w:rFonts w:ascii="Segoe UI Semilight" w:hAnsi="Segoe UI Semilight" w:cs="Segoe UI Semilight"/>
                    <w:color w:val="C00000"/>
                  </w:rPr>
                </w:pPr>
                <w:proofErr w:type="spellStart"/>
                <w:r>
                  <w:rPr>
                    <w:rFonts w:ascii="Segoe UI Semilight" w:hAnsi="Segoe UI Semilight" w:cs="Segoe UI Semilight"/>
                    <w:color w:val="C00000"/>
                  </w:rPr>
                  <w:t>Prénom</w:t>
                </w:r>
                <w:proofErr w:type="spellEnd"/>
              </w:p>
            </w:tc>
          </w:sdtContent>
        </w:sdt>
      </w:tr>
      <w:tr w:rsidR="0032698B" w14:paraId="4B88D036" w14:textId="77777777" w:rsidTr="005B015A">
        <w:tc>
          <w:tcPr>
            <w:tcW w:w="3510" w:type="dxa"/>
          </w:tcPr>
          <w:p w14:paraId="7DC662EE" w14:textId="36820E45" w:rsidR="0032698B" w:rsidRPr="0016521B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16521B">
              <w:rPr>
                <w:rFonts w:ascii="Segoe UI Semilight" w:hAnsi="Segoe UI Semilight" w:cs="Segoe UI Semilight"/>
                <w:b/>
                <w:bCs/>
              </w:rPr>
              <w:t>Date de naissance</w:t>
            </w:r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sdt>
          <w:sdtPr>
            <w:rPr>
              <w:rFonts w:ascii="Segoe UI Semilight" w:hAnsi="Segoe UI Semilight" w:cs="Segoe UI Semilight"/>
              <w:color w:val="C00000"/>
            </w:rPr>
            <w:id w:val="-1965411322"/>
            <w:placeholder>
              <w:docPart w:val="DefaultPlaceholder_-1854013437"/>
            </w:placeholder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6802" w:type="dxa"/>
              </w:tcPr>
              <w:p w14:paraId="6A05A809" w14:textId="78B727CF" w:rsidR="0032698B" w:rsidRPr="00AC386C" w:rsidRDefault="00AC386C">
                <w:pPr>
                  <w:rPr>
                    <w:rFonts w:ascii="Segoe UI Semilight" w:hAnsi="Segoe UI Semilight" w:cs="Segoe UI Semilight"/>
                    <w:color w:val="C00000"/>
                  </w:rPr>
                </w:pPr>
                <w:r w:rsidRPr="00AC386C">
                  <w:rPr>
                    <w:rFonts w:ascii="Segoe UI Semilight" w:hAnsi="Segoe UI Semilight" w:cs="Segoe UI Semilight"/>
                    <w:color w:val="C00000"/>
                  </w:rPr>
                  <w:t>JJ/MM/AAAA</w:t>
                </w:r>
              </w:p>
            </w:tc>
          </w:sdtContent>
        </w:sdt>
      </w:tr>
      <w:tr w:rsidR="00351033" w14:paraId="7424A31D" w14:textId="77777777" w:rsidTr="005B015A">
        <w:tc>
          <w:tcPr>
            <w:tcW w:w="3510" w:type="dxa"/>
          </w:tcPr>
          <w:p w14:paraId="719AD7FD" w14:textId="157DE64A" w:rsidR="00351033" w:rsidRPr="0016521B" w:rsidRDefault="00351033">
            <w:pPr>
              <w:rPr>
                <w:rFonts w:ascii="Segoe UI Semilight" w:hAnsi="Segoe UI Semilight" w:cs="Segoe UI Semilight"/>
                <w:b/>
                <w:bCs/>
              </w:rPr>
            </w:pPr>
            <w:r>
              <w:rPr>
                <w:rFonts w:ascii="Segoe UI Semilight" w:hAnsi="Segoe UI Semilight" w:cs="Segoe UI Semilight"/>
                <w:b/>
                <w:bCs/>
              </w:rPr>
              <w:t xml:space="preserve">N° Sécurité Social </w:t>
            </w:r>
            <w:r w:rsidR="00E63120">
              <w:rPr>
                <w:rFonts w:ascii="Segoe UI Semilight" w:hAnsi="Segoe UI Semilight" w:cs="Segoe UI Semilight"/>
                <w:b/>
                <w:bCs/>
              </w:rPr>
              <w:t>(NIR)</w:t>
            </w:r>
            <w:r>
              <w:rPr>
                <w:rFonts w:ascii="Segoe UI Semilight" w:hAnsi="Segoe UI Semilight" w:cs="Segoe UI Semilight"/>
                <w:b/>
                <w:bCs/>
              </w:rPr>
              <w:br/>
            </w:r>
            <w:r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>(p</w:t>
            </w:r>
            <w:r w:rsidRPr="00351033"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 xml:space="preserve">our </w:t>
            </w:r>
            <w:proofErr w:type="spellStart"/>
            <w:r w:rsidRPr="00351033"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>Passeport</w:t>
            </w:r>
            <w:proofErr w:type="spellEnd"/>
            <w:r w:rsidRPr="00351033"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51033"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>Prévention</w:t>
            </w:r>
            <w:proofErr w:type="spellEnd"/>
            <w:r w:rsidRPr="00351033"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51033"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>uniquement</w:t>
            </w:r>
            <w:proofErr w:type="spellEnd"/>
            <w:r w:rsidRPr="00351033">
              <w:rPr>
                <w:rFonts w:ascii="Segoe UI Semilight" w:hAnsi="Segoe UI Semilight" w:cs="Segoe UI Semilight"/>
                <w:b/>
                <w:bCs/>
                <w:sz w:val="18"/>
                <w:szCs w:val="18"/>
              </w:rPr>
              <w:t>)</w:t>
            </w:r>
          </w:p>
        </w:tc>
        <w:sdt>
          <w:sdtPr>
            <w:rPr>
              <w:rFonts w:ascii="Segoe UI Semilight" w:hAnsi="Segoe UI Semilight" w:cs="Segoe UI Semilight"/>
              <w:color w:val="C00000"/>
            </w:rPr>
            <w:id w:val="-1751034620"/>
            <w:placeholder>
              <w:docPart w:val="DefaultPlaceholder_-1854013440"/>
            </w:placeholder>
            <w:text/>
          </w:sdtPr>
          <w:sdtContent>
            <w:tc>
              <w:tcPr>
                <w:tcW w:w="6802" w:type="dxa"/>
              </w:tcPr>
              <w:p w14:paraId="5C5CEE08" w14:textId="361B6B94" w:rsidR="00351033" w:rsidRPr="00AC386C" w:rsidRDefault="0019296B">
                <w:pPr>
                  <w:rPr>
                    <w:rFonts w:ascii="Segoe UI Semilight" w:hAnsi="Segoe UI Semilight" w:cs="Segoe UI Semilight"/>
                    <w:color w:val="C00000"/>
                  </w:rPr>
                </w:pPr>
                <w:r>
                  <w:rPr>
                    <w:rFonts w:ascii="Segoe UI Semilight" w:hAnsi="Segoe UI Semilight" w:cs="Segoe UI Semilight"/>
                    <w:color w:val="C00000"/>
                  </w:rPr>
                  <w:t>NIR</w:t>
                </w:r>
              </w:p>
            </w:tc>
          </w:sdtContent>
        </w:sdt>
      </w:tr>
      <w:tr w:rsidR="0032698B" w14:paraId="31DC5E29" w14:textId="77777777" w:rsidTr="005B015A">
        <w:tc>
          <w:tcPr>
            <w:tcW w:w="3510" w:type="dxa"/>
          </w:tcPr>
          <w:p w14:paraId="5898C244" w14:textId="366A2B08" w:rsidR="0032698B" w:rsidRPr="0016521B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16521B">
              <w:rPr>
                <w:rFonts w:ascii="Segoe UI Semilight" w:hAnsi="Segoe UI Semilight" w:cs="Segoe UI Semilight"/>
                <w:b/>
                <w:bCs/>
              </w:rPr>
              <w:t>Fonction</w:t>
            </w:r>
            <w:proofErr w:type="spellEnd"/>
            <w:r w:rsidR="009C5AB4">
              <w:rPr>
                <w:rFonts w:ascii="Segoe UI Semilight" w:hAnsi="Segoe UI Semilight" w:cs="Segoe UI Semilight"/>
                <w:b/>
                <w:bCs/>
              </w:rPr>
              <w:t>*</w:t>
            </w:r>
          </w:p>
        </w:tc>
        <w:sdt>
          <w:sdtPr>
            <w:rPr>
              <w:rFonts w:ascii="Segoe UI Semilight" w:hAnsi="Segoe UI Semilight" w:cs="Segoe UI Semilight"/>
              <w:color w:val="C00000"/>
            </w:rPr>
            <w:id w:val="-1366286953"/>
            <w:placeholder>
              <w:docPart w:val="DefaultPlaceholder_-1854013440"/>
            </w:placeholder>
            <w:text/>
          </w:sdtPr>
          <w:sdtContent>
            <w:tc>
              <w:tcPr>
                <w:tcW w:w="6802" w:type="dxa"/>
              </w:tcPr>
              <w:p w14:paraId="5A39BBE3" w14:textId="6BFD0704" w:rsidR="0032698B" w:rsidRPr="00AC386C" w:rsidRDefault="0019296B">
                <w:pPr>
                  <w:rPr>
                    <w:rFonts w:ascii="Segoe UI Semilight" w:hAnsi="Segoe UI Semilight" w:cs="Segoe UI Semilight"/>
                    <w:color w:val="C00000"/>
                  </w:rPr>
                </w:pPr>
                <w:proofErr w:type="spellStart"/>
                <w:r>
                  <w:rPr>
                    <w:rFonts w:ascii="Segoe UI Semilight" w:hAnsi="Segoe UI Semilight" w:cs="Segoe UI Semilight"/>
                    <w:color w:val="C00000"/>
                  </w:rPr>
                  <w:t>Fonction</w:t>
                </w:r>
                <w:proofErr w:type="spellEnd"/>
              </w:p>
            </w:tc>
          </w:sdtContent>
        </w:sdt>
      </w:tr>
      <w:tr w:rsidR="0032698B" w14:paraId="76371779" w14:textId="77777777" w:rsidTr="00BB4274">
        <w:tc>
          <w:tcPr>
            <w:tcW w:w="3510" w:type="dxa"/>
            <w:tcBorders>
              <w:bottom w:val="single" w:sz="4" w:space="0" w:color="auto"/>
            </w:tcBorders>
          </w:tcPr>
          <w:p w14:paraId="12CF8195" w14:textId="77777777" w:rsidR="0032698B" w:rsidRPr="0016521B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r w:rsidRPr="0016521B">
              <w:rPr>
                <w:rFonts w:ascii="Segoe UI Semilight" w:hAnsi="Segoe UI Semilight" w:cs="Segoe UI Semilight"/>
                <w:b/>
                <w:bCs/>
              </w:rPr>
              <w:t>Email</w:t>
            </w:r>
          </w:p>
        </w:tc>
        <w:sdt>
          <w:sdtPr>
            <w:rPr>
              <w:rFonts w:ascii="Segoe UI Semilight" w:hAnsi="Segoe UI Semilight" w:cs="Segoe UI Semilight"/>
              <w:color w:val="C00000"/>
            </w:rPr>
            <w:id w:val="1061285943"/>
            <w:placeholder>
              <w:docPart w:val="DefaultPlaceholder_-1854013440"/>
            </w:placeholder>
            <w:text/>
          </w:sdtPr>
          <w:sdtContent>
            <w:tc>
              <w:tcPr>
                <w:tcW w:w="6802" w:type="dxa"/>
                <w:tcBorders>
                  <w:bottom w:val="single" w:sz="4" w:space="0" w:color="auto"/>
                </w:tcBorders>
              </w:tcPr>
              <w:p w14:paraId="41C8F396" w14:textId="563B28E4" w:rsidR="0032698B" w:rsidRPr="00AC386C" w:rsidRDefault="0019296B">
                <w:pPr>
                  <w:rPr>
                    <w:rFonts w:ascii="Segoe UI Semilight" w:hAnsi="Segoe UI Semilight" w:cs="Segoe UI Semilight"/>
                    <w:color w:val="C00000"/>
                  </w:rPr>
                </w:pPr>
                <w:r>
                  <w:rPr>
                    <w:rFonts w:ascii="Segoe UI Semilight" w:hAnsi="Segoe UI Semilight" w:cs="Segoe UI Semilight"/>
                    <w:color w:val="C00000"/>
                  </w:rPr>
                  <w:t>Email</w:t>
                </w:r>
              </w:p>
            </w:tc>
          </w:sdtContent>
        </w:sdt>
      </w:tr>
      <w:tr w:rsidR="0032698B" w14:paraId="5055BC32" w14:textId="77777777" w:rsidTr="00BB4274">
        <w:tc>
          <w:tcPr>
            <w:tcW w:w="3510" w:type="dxa"/>
            <w:tcBorders>
              <w:bottom w:val="single" w:sz="4" w:space="0" w:color="auto"/>
            </w:tcBorders>
          </w:tcPr>
          <w:p w14:paraId="454AAC1A" w14:textId="77777777" w:rsidR="0032698B" w:rsidRPr="0016521B" w:rsidRDefault="00964A8C">
            <w:pPr>
              <w:rPr>
                <w:rFonts w:ascii="Segoe UI Semilight" w:hAnsi="Segoe UI Semilight" w:cs="Segoe UI Semilight"/>
                <w:b/>
                <w:bCs/>
              </w:rPr>
            </w:pPr>
            <w:proofErr w:type="spellStart"/>
            <w:r w:rsidRPr="0016521B">
              <w:rPr>
                <w:rFonts w:ascii="Segoe UI Semilight" w:hAnsi="Segoe UI Semilight" w:cs="Segoe UI Semilight"/>
                <w:b/>
                <w:bCs/>
              </w:rPr>
              <w:t>Téléphone</w:t>
            </w:r>
            <w:proofErr w:type="spellEnd"/>
          </w:p>
        </w:tc>
        <w:sdt>
          <w:sdtPr>
            <w:rPr>
              <w:rFonts w:ascii="Segoe UI Semilight" w:hAnsi="Segoe UI Semilight" w:cs="Segoe UI Semilight"/>
              <w:color w:val="C00000"/>
            </w:rPr>
            <w:id w:val="-242413829"/>
            <w:placeholder>
              <w:docPart w:val="DefaultPlaceholder_-1854013440"/>
            </w:placeholder>
            <w:text/>
          </w:sdtPr>
          <w:sdtContent>
            <w:tc>
              <w:tcPr>
                <w:tcW w:w="6802" w:type="dxa"/>
                <w:tcBorders>
                  <w:bottom w:val="single" w:sz="4" w:space="0" w:color="auto"/>
                </w:tcBorders>
              </w:tcPr>
              <w:p w14:paraId="72A3D3EC" w14:textId="11022A20" w:rsidR="0032698B" w:rsidRPr="00AC386C" w:rsidRDefault="0019296B">
                <w:pPr>
                  <w:rPr>
                    <w:rFonts w:ascii="Segoe UI Semilight" w:hAnsi="Segoe UI Semilight" w:cs="Segoe UI Semilight"/>
                    <w:color w:val="C00000"/>
                  </w:rPr>
                </w:pPr>
                <w:proofErr w:type="spellStart"/>
                <w:r>
                  <w:rPr>
                    <w:rFonts w:ascii="Segoe UI Semilight" w:hAnsi="Segoe UI Semilight" w:cs="Segoe UI Semilight"/>
                    <w:color w:val="C00000"/>
                  </w:rPr>
                  <w:t>Téléphone</w:t>
                </w:r>
                <w:proofErr w:type="spellEnd"/>
              </w:p>
            </w:tc>
          </w:sdtContent>
        </w:sdt>
      </w:tr>
      <w:tr w:rsidR="00BB4274" w14:paraId="081F7540" w14:textId="77777777" w:rsidTr="00BB4274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4E6E2" w14:textId="77777777" w:rsidR="00BB4274" w:rsidRDefault="00BB4274"/>
        </w:tc>
        <w:tc>
          <w:tcPr>
            <w:tcW w:w="6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A2738" w14:textId="77777777" w:rsidR="00BB4274" w:rsidRDefault="00BB4274"/>
        </w:tc>
      </w:tr>
    </w:tbl>
    <w:p w14:paraId="00AE2A79" w14:textId="77777777" w:rsidR="0032698B" w:rsidRPr="00351033" w:rsidRDefault="00964A8C">
      <w:pPr>
        <w:shd w:val="clear" w:color="auto" w:fill="B30000"/>
        <w:rPr>
          <w:rFonts w:ascii="Segoe UI Black" w:hAnsi="Segoe UI Black"/>
        </w:rPr>
      </w:pPr>
      <w:r w:rsidRPr="00351033">
        <w:rPr>
          <w:rFonts w:ascii="Segoe UI Black" w:hAnsi="Segoe UI Black"/>
          <w:b/>
          <w:color w:val="FFFFFF"/>
        </w:rPr>
        <w:t>RÈGLEMENT</w:t>
      </w:r>
    </w:p>
    <w:p w14:paraId="38121F67" w14:textId="6911DFBF" w:rsidR="0032698B" w:rsidRPr="0016521B" w:rsidRDefault="00AC386C" w:rsidP="00D469AB">
      <w:pPr>
        <w:spacing w:after="120" w:line="240" w:lineRule="auto"/>
        <w:rPr>
          <w:rFonts w:ascii="Segoe UI Semilight" w:hAnsi="Segoe UI Semilight" w:cs="Segoe UI Semilight"/>
          <w:b/>
          <w:bCs/>
        </w:rPr>
      </w:pPr>
      <w:sdt>
        <w:sdtPr>
          <w:rPr>
            <w:rFonts w:ascii="Segoe UI Semilight" w:hAnsi="Segoe UI Semilight" w:cs="Segoe UI Semilight"/>
            <w:b/>
            <w:bCs/>
            <w:sz w:val="28"/>
            <w:szCs w:val="28"/>
          </w:rPr>
          <w:id w:val="-420490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521B">
            <w:rPr>
              <w:rFonts w:ascii="MS Gothic" w:eastAsia="MS Gothic" w:hAnsi="MS Gothic" w:cs="Segoe UI Semilight" w:hint="eastAsia"/>
              <w:b/>
              <w:bCs/>
              <w:sz w:val="28"/>
              <w:szCs w:val="28"/>
            </w:rPr>
            <w:t>☐</w:t>
          </w:r>
        </w:sdtContent>
      </w:sdt>
      <w:r w:rsidR="00964A8C" w:rsidRPr="0016521B">
        <w:rPr>
          <w:rFonts w:ascii="Segoe UI Semilight" w:hAnsi="Segoe UI Semilight" w:cs="Segoe UI Semilight"/>
          <w:b/>
          <w:bCs/>
        </w:rPr>
        <w:t xml:space="preserve"> </w:t>
      </w:r>
      <w:r w:rsidR="00BB4274" w:rsidRPr="0016521B">
        <w:rPr>
          <w:rFonts w:ascii="Segoe UI Semilight" w:hAnsi="Segoe UI Semilight" w:cs="Segoe UI Semilight"/>
          <w:b/>
          <w:bCs/>
        </w:rPr>
        <w:t xml:space="preserve">La formation sera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contractualisée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uniquement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par la convention*</w:t>
      </w:r>
    </w:p>
    <w:p w14:paraId="6D5259AB" w14:textId="56592C61" w:rsidR="0032698B" w:rsidRPr="0016521B" w:rsidRDefault="00AC386C" w:rsidP="00D469AB">
      <w:pPr>
        <w:spacing w:after="120" w:line="240" w:lineRule="auto"/>
        <w:rPr>
          <w:rFonts w:ascii="Segoe UI Semilight" w:hAnsi="Segoe UI Semilight" w:cs="Segoe UI Semilight"/>
          <w:b/>
          <w:bCs/>
        </w:rPr>
      </w:pPr>
      <w:sdt>
        <w:sdtPr>
          <w:rPr>
            <w:rFonts w:ascii="Segoe UI Semilight" w:hAnsi="Segoe UI Semilight" w:cs="Segoe UI Semilight"/>
            <w:b/>
            <w:bCs/>
            <w:sz w:val="28"/>
            <w:szCs w:val="28"/>
          </w:rPr>
          <w:id w:val="714934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521B">
            <w:rPr>
              <w:rFonts w:ascii="MS Gothic" w:eastAsia="MS Gothic" w:hAnsi="MS Gothic" w:cs="Segoe UI Semilight" w:hint="eastAsia"/>
              <w:b/>
              <w:bCs/>
              <w:sz w:val="28"/>
              <w:szCs w:val="28"/>
            </w:rPr>
            <w:t>☐</w:t>
          </w:r>
        </w:sdtContent>
      </w:sdt>
      <w:r w:rsidR="00964A8C" w:rsidRPr="0016521B">
        <w:rPr>
          <w:rFonts w:ascii="Segoe UI Semilight" w:hAnsi="Segoe UI Semilight" w:cs="Segoe UI Semilight"/>
          <w:b/>
          <w:bCs/>
          <w:sz w:val="32"/>
          <w:szCs w:val="32"/>
        </w:rPr>
        <w:t xml:space="preserve"> </w:t>
      </w:r>
      <w:r w:rsidR="00BB4274" w:rsidRPr="0016521B">
        <w:rPr>
          <w:rFonts w:ascii="Segoe UI Semilight" w:hAnsi="Segoe UI Semilight" w:cs="Segoe UI Semilight"/>
          <w:b/>
          <w:bCs/>
        </w:rPr>
        <w:t xml:space="preserve">La formation sera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contractualisée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par </w:t>
      </w:r>
      <w:proofErr w:type="gramStart"/>
      <w:r w:rsidR="00BB4274" w:rsidRPr="0016521B">
        <w:rPr>
          <w:rFonts w:ascii="Segoe UI Semilight" w:hAnsi="Segoe UI Semilight" w:cs="Segoe UI Semilight"/>
          <w:b/>
          <w:bCs/>
        </w:rPr>
        <w:t xml:space="preserve">un Bon de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Commande</w:t>
      </w:r>
      <w:proofErr w:type="spellEnd"/>
      <w:proofErr w:type="gramEnd"/>
      <w:r w:rsidR="00E53B7A">
        <w:rPr>
          <w:rFonts w:ascii="Segoe UI Semilight" w:hAnsi="Segoe UI Semilight" w:cs="Segoe UI Semilight"/>
          <w:b/>
          <w:bCs/>
        </w:rPr>
        <w:t xml:space="preserve"> </w:t>
      </w:r>
      <w:proofErr w:type="spellStart"/>
      <w:r w:rsidR="00E53B7A">
        <w:rPr>
          <w:rFonts w:ascii="Segoe UI Semilight" w:hAnsi="Segoe UI Semilight" w:cs="Segoe UI Semilight"/>
          <w:b/>
          <w:bCs/>
        </w:rPr>
        <w:t>en</w:t>
      </w:r>
      <w:proofErr w:type="spellEnd"/>
      <w:r w:rsidR="00E53B7A">
        <w:rPr>
          <w:rFonts w:ascii="Segoe UI Semilight" w:hAnsi="Segoe UI Semilight" w:cs="Segoe UI Semilight"/>
          <w:b/>
          <w:bCs/>
        </w:rPr>
        <w:t xml:space="preserve"> complement de la convention*</w:t>
      </w:r>
    </w:p>
    <w:p w14:paraId="0411371C" w14:textId="2A92B59D" w:rsidR="0032698B" w:rsidRPr="0016521B" w:rsidRDefault="00AC386C" w:rsidP="00D469AB">
      <w:pPr>
        <w:spacing w:after="120" w:line="240" w:lineRule="auto"/>
        <w:rPr>
          <w:rFonts w:ascii="Segoe UI Semilight" w:hAnsi="Segoe UI Semilight" w:cs="Segoe UI Semilight"/>
          <w:b/>
          <w:bCs/>
        </w:rPr>
      </w:pPr>
      <w:sdt>
        <w:sdtPr>
          <w:rPr>
            <w:rFonts w:ascii="Segoe UI Semilight" w:hAnsi="Segoe UI Semilight" w:cs="Segoe UI Semilight"/>
            <w:b/>
            <w:bCs/>
            <w:sz w:val="28"/>
            <w:szCs w:val="28"/>
          </w:rPr>
          <w:id w:val="-1252890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521B">
            <w:rPr>
              <w:rFonts w:ascii="MS Gothic" w:eastAsia="MS Gothic" w:hAnsi="MS Gothic" w:cs="Segoe UI Semilight" w:hint="eastAsia"/>
              <w:b/>
              <w:bCs/>
              <w:sz w:val="28"/>
              <w:szCs w:val="28"/>
            </w:rPr>
            <w:t>☐</w:t>
          </w:r>
        </w:sdtContent>
      </w:sdt>
      <w:r w:rsidR="00964A8C" w:rsidRPr="0016521B">
        <w:rPr>
          <w:rFonts w:ascii="Segoe UI Semilight" w:hAnsi="Segoe UI Semilight" w:cs="Segoe UI Semilight"/>
          <w:b/>
          <w:bCs/>
          <w:sz w:val="32"/>
          <w:szCs w:val="32"/>
        </w:rPr>
        <w:t xml:space="preserve"> </w:t>
      </w:r>
      <w:r w:rsidR="00BB4274" w:rsidRPr="0016521B">
        <w:rPr>
          <w:rFonts w:ascii="Segoe UI Semilight" w:hAnsi="Segoe UI Semilight" w:cs="Segoe UI Semilight"/>
          <w:b/>
          <w:bCs/>
        </w:rPr>
        <w:t xml:space="preserve">La formation sera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prise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en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charge par un OPCO (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adresse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à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préciser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ci-</w:t>
      </w:r>
      <w:proofErr w:type="gramStart"/>
      <w:r w:rsidR="00BB4274" w:rsidRPr="0016521B">
        <w:rPr>
          <w:rFonts w:ascii="Segoe UI Semilight" w:hAnsi="Segoe UI Semilight" w:cs="Segoe UI Semilight"/>
          <w:b/>
          <w:bCs/>
        </w:rPr>
        <w:t>dessous)*</w:t>
      </w:r>
      <w:proofErr w:type="gramEnd"/>
    </w:p>
    <w:p w14:paraId="42DC3B01" w14:textId="390422C9" w:rsidR="0032698B" w:rsidRDefault="00964A8C" w:rsidP="00D469AB">
      <w:pPr>
        <w:spacing w:after="120" w:line="240" w:lineRule="auto"/>
        <w:rPr>
          <w:rFonts w:ascii="Segoe UI Semilight" w:hAnsi="Segoe UI Semilight" w:cs="Segoe UI Semilight"/>
          <w:b/>
          <w:bCs/>
          <w:color w:val="C00000"/>
        </w:rPr>
      </w:pPr>
      <w:proofErr w:type="spellStart"/>
      <w:r w:rsidRPr="0016521B">
        <w:rPr>
          <w:rFonts w:ascii="Segoe UI Semilight" w:hAnsi="Segoe UI Semilight" w:cs="Segoe UI Semilight"/>
          <w:b/>
          <w:bCs/>
        </w:rPr>
        <w:t>Adresse</w:t>
      </w:r>
      <w:proofErr w:type="spellEnd"/>
      <w:r w:rsidRPr="0016521B">
        <w:rPr>
          <w:rFonts w:ascii="Segoe UI Semilight" w:hAnsi="Segoe UI Semilight" w:cs="Segoe UI Semilight"/>
          <w:b/>
          <w:bCs/>
        </w:rPr>
        <w:t xml:space="preserve"> de </w:t>
      </w:r>
      <w:proofErr w:type="spellStart"/>
      <w:r w:rsidRPr="0016521B">
        <w:rPr>
          <w:rFonts w:ascii="Segoe UI Semilight" w:hAnsi="Segoe UI Semilight" w:cs="Segoe UI Semilight"/>
          <w:b/>
          <w:bCs/>
        </w:rPr>
        <w:t>facturation</w:t>
      </w:r>
      <w:proofErr w:type="spellEnd"/>
      <w:r w:rsidRPr="0016521B">
        <w:rPr>
          <w:rFonts w:ascii="Segoe UI Semilight" w:hAnsi="Segoe UI Semilight" w:cs="Segoe UI Semilight"/>
          <w:b/>
          <w:bCs/>
        </w:rPr>
        <w:t xml:space="preserve">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ou</w:t>
      </w:r>
      <w:proofErr w:type="spellEnd"/>
      <w:r w:rsidR="00BB4274" w:rsidRPr="0016521B">
        <w:rPr>
          <w:rFonts w:ascii="Segoe UI Semilight" w:hAnsi="Segoe UI Semilight" w:cs="Segoe UI Semilight"/>
          <w:b/>
          <w:bCs/>
        </w:rPr>
        <w:t xml:space="preserve"> </w:t>
      </w:r>
      <w:proofErr w:type="spellStart"/>
      <w:r w:rsidR="00BB4274" w:rsidRPr="0016521B">
        <w:rPr>
          <w:rFonts w:ascii="Segoe UI Semilight" w:hAnsi="Segoe UI Semilight" w:cs="Segoe UI Semilight"/>
          <w:b/>
          <w:bCs/>
        </w:rPr>
        <w:t>coordonnées</w:t>
      </w:r>
      <w:proofErr w:type="spellEnd"/>
      <w:r w:rsidRPr="0016521B">
        <w:rPr>
          <w:rFonts w:ascii="Segoe UI Semilight" w:hAnsi="Segoe UI Semilight" w:cs="Segoe UI Semilight"/>
          <w:b/>
          <w:bCs/>
        </w:rPr>
        <w:t xml:space="preserve"> OPCO</w:t>
      </w:r>
      <w:proofErr w:type="gramStart"/>
      <w:r w:rsidR="009C5AB4">
        <w:rPr>
          <w:rFonts w:ascii="Segoe UI Semilight" w:hAnsi="Segoe UI Semilight" w:cs="Segoe UI Semilight"/>
          <w:b/>
          <w:bCs/>
        </w:rPr>
        <w:t>*</w:t>
      </w:r>
      <w:r w:rsidRPr="0016521B">
        <w:rPr>
          <w:rFonts w:ascii="Segoe UI Semilight" w:hAnsi="Segoe UI Semilight" w:cs="Segoe UI Semilight"/>
          <w:b/>
          <w:bCs/>
        </w:rPr>
        <w:t xml:space="preserve"> :</w:t>
      </w:r>
      <w:proofErr w:type="gramEnd"/>
      <w:r w:rsidR="00351033">
        <w:rPr>
          <w:rFonts w:ascii="Segoe UI Semilight" w:hAnsi="Segoe UI Semilight" w:cs="Segoe UI Semilight"/>
          <w:b/>
          <w:bCs/>
        </w:rPr>
        <w:t xml:space="preserve"> </w:t>
      </w:r>
      <w:sdt>
        <w:sdtPr>
          <w:rPr>
            <w:rFonts w:ascii="Segoe UI Semilight" w:hAnsi="Segoe UI Semilight" w:cs="Segoe UI Semilight"/>
            <w:b/>
            <w:bCs/>
            <w:color w:val="C00000"/>
          </w:rPr>
          <w:id w:val="158357296"/>
          <w:placeholder>
            <w:docPart w:val="DefaultPlaceholder_-1854013440"/>
          </w:placeholder>
          <w:text/>
        </w:sdtPr>
        <w:sdtContent>
          <w:proofErr w:type="spellStart"/>
          <w:r w:rsidR="0019296B" w:rsidRPr="0019296B">
            <w:rPr>
              <w:rFonts w:ascii="Segoe UI Semilight" w:hAnsi="Segoe UI Semilight" w:cs="Segoe UI Semilight"/>
              <w:b/>
              <w:bCs/>
              <w:color w:val="C00000"/>
            </w:rPr>
            <w:t>Adresse</w:t>
          </w:r>
          <w:proofErr w:type="spellEnd"/>
          <w:r w:rsidR="0019296B" w:rsidRPr="0019296B">
            <w:rPr>
              <w:rFonts w:ascii="Segoe UI Semilight" w:hAnsi="Segoe UI Semilight" w:cs="Segoe UI Semilight"/>
              <w:b/>
              <w:bCs/>
              <w:color w:val="C00000"/>
            </w:rPr>
            <w:t xml:space="preserve"> </w:t>
          </w:r>
          <w:proofErr w:type="spellStart"/>
          <w:r w:rsidR="0019296B" w:rsidRPr="0019296B">
            <w:rPr>
              <w:rFonts w:ascii="Segoe UI Semilight" w:hAnsi="Segoe UI Semilight" w:cs="Segoe UI Semilight"/>
              <w:b/>
              <w:bCs/>
              <w:color w:val="C00000"/>
            </w:rPr>
            <w:t>facturation</w:t>
          </w:r>
          <w:proofErr w:type="spellEnd"/>
        </w:sdtContent>
      </w:sdt>
    </w:p>
    <w:p w14:paraId="4952EB71" w14:textId="154B87E2" w:rsidR="00D469AB" w:rsidRPr="00351033" w:rsidRDefault="00D469AB" w:rsidP="00D469AB">
      <w:pPr>
        <w:shd w:val="clear" w:color="auto" w:fill="B30000"/>
        <w:rPr>
          <w:rFonts w:ascii="Segoe UI Black" w:hAnsi="Segoe UI Black"/>
        </w:rPr>
      </w:pPr>
      <w:r>
        <w:rPr>
          <w:rFonts w:ascii="Segoe UI Black" w:hAnsi="Segoe UI Black"/>
          <w:b/>
          <w:color w:val="FFFFFF"/>
        </w:rPr>
        <w:t>COMMENTAIRES</w:t>
      </w:r>
    </w:p>
    <w:p w14:paraId="6E979C45" w14:textId="0BABB0AF" w:rsidR="00D469AB" w:rsidRPr="00AC386C" w:rsidRDefault="00D469AB" w:rsidP="00D469AB">
      <w:pPr>
        <w:spacing w:after="120" w:line="240" w:lineRule="auto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Laissez </w:t>
      </w:r>
      <w:proofErr w:type="spellStart"/>
      <w:r>
        <w:rPr>
          <w:rFonts w:ascii="Segoe UI Semilight" w:hAnsi="Segoe UI Semilight" w:cs="Segoe UI Semilight"/>
        </w:rPr>
        <w:t>vos</w:t>
      </w:r>
      <w:proofErr w:type="spellEnd"/>
      <w:r>
        <w:rPr>
          <w:rFonts w:ascii="Segoe UI Semilight" w:hAnsi="Segoe UI Semilight" w:cs="Segoe UI Semilight"/>
        </w:rPr>
        <w:t xml:space="preserve"> </w:t>
      </w:r>
      <w:proofErr w:type="spellStart"/>
      <w:r>
        <w:rPr>
          <w:rFonts w:ascii="Segoe UI Semilight" w:hAnsi="Segoe UI Semilight" w:cs="Segoe UI Semilight"/>
        </w:rPr>
        <w:t>commentaires</w:t>
      </w:r>
      <w:proofErr w:type="spellEnd"/>
      <w:r>
        <w:rPr>
          <w:rFonts w:ascii="Segoe UI Semilight" w:hAnsi="Segoe UI Semilight" w:cs="Segoe UI Semilight"/>
        </w:rPr>
        <w:t xml:space="preserve"> </w:t>
      </w:r>
      <w:proofErr w:type="spellStart"/>
      <w:r>
        <w:rPr>
          <w:rFonts w:ascii="Segoe UI Semilight" w:hAnsi="Segoe UI Semilight" w:cs="Segoe UI Semilight"/>
        </w:rPr>
        <w:t>si</w:t>
      </w:r>
      <w:proofErr w:type="spellEnd"/>
      <w:r>
        <w:rPr>
          <w:rFonts w:ascii="Segoe UI Semilight" w:hAnsi="Segoe UI Semilight" w:cs="Segoe UI Semilight"/>
        </w:rPr>
        <w:t xml:space="preserve"> </w:t>
      </w:r>
      <w:proofErr w:type="spellStart"/>
      <w:proofErr w:type="gramStart"/>
      <w:r>
        <w:rPr>
          <w:rFonts w:ascii="Segoe UI Semilight" w:hAnsi="Segoe UI Semilight" w:cs="Segoe UI Semilight"/>
        </w:rPr>
        <w:t>besoin</w:t>
      </w:r>
      <w:proofErr w:type="spellEnd"/>
      <w:r>
        <w:rPr>
          <w:rFonts w:ascii="Segoe UI Semilight" w:hAnsi="Segoe UI Semilight" w:cs="Segoe UI Semilight"/>
        </w:rPr>
        <w:t xml:space="preserve"> :</w:t>
      </w:r>
      <w:proofErr w:type="gramEnd"/>
      <w:r>
        <w:rPr>
          <w:rFonts w:ascii="Segoe UI Semilight" w:hAnsi="Segoe UI Semilight" w:cs="Segoe UI Semilight"/>
        </w:rPr>
        <w:t xml:space="preserve">   </w:t>
      </w:r>
      <w:sdt>
        <w:sdtPr>
          <w:rPr>
            <w:rFonts w:ascii="Segoe UI Semilight" w:hAnsi="Segoe UI Semilight" w:cs="Segoe UI Semilight"/>
            <w:color w:val="C00000"/>
          </w:rPr>
          <w:id w:val="-2013988795"/>
          <w:placeholder>
            <w:docPart w:val="DefaultPlaceholder_-1854013440"/>
          </w:placeholder>
          <w:text/>
        </w:sdtPr>
        <w:sdtContent>
          <w:r w:rsidRPr="00D469AB">
            <w:rPr>
              <w:rFonts w:ascii="Segoe UI Semilight" w:hAnsi="Segoe UI Semilight" w:cs="Segoe UI Semilight"/>
              <w:color w:val="C00000"/>
            </w:rPr>
            <w:t xml:space="preserve">Vos </w:t>
          </w:r>
          <w:proofErr w:type="spellStart"/>
          <w:r w:rsidRPr="00D469AB">
            <w:rPr>
              <w:rFonts w:ascii="Segoe UI Semilight" w:hAnsi="Segoe UI Semilight" w:cs="Segoe UI Semilight"/>
              <w:color w:val="C00000"/>
            </w:rPr>
            <w:t>commentaires</w:t>
          </w:r>
          <w:proofErr w:type="spellEnd"/>
        </w:sdtContent>
      </w:sdt>
    </w:p>
    <w:p w14:paraId="2F142060" w14:textId="77777777" w:rsidR="0032698B" w:rsidRPr="00351033" w:rsidRDefault="00964A8C">
      <w:pPr>
        <w:shd w:val="clear" w:color="auto" w:fill="B30000"/>
        <w:rPr>
          <w:rFonts w:ascii="Segoe UI Black" w:hAnsi="Segoe UI Black"/>
        </w:rPr>
      </w:pPr>
      <w:r w:rsidRPr="00351033">
        <w:rPr>
          <w:rFonts w:ascii="Segoe UI Black" w:hAnsi="Segoe UI Black"/>
          <w:b/>
          <w:color w:val="FFFFFF"/>
        </w:rPr>
        <w:t>VALIDATION</w:t>
      </w:r>
    </w:p>
    <w:p w14:paraId="423ADE52" w14:textId="77777777" w:rsidR="00BB4274" w:rsidRPr="00AC386C" w:rsidRDefault="00BB4274" w:rsidP="00D469AB">
      <w:pPr>
        <w:spacing w:line="240" w:lineRule="auto"/>
        <w:rPr>
          <w:rFonts w:ascii="Segoe UI Semilight" w:hAnsi="Segoe UI Semilight" w:cs="Segoe UI Semilight"/>
        </w:rPr>
      </w:pPr>
      <w:r w:rsidRPr="00AC386C">
        <w:rPr>
          <w:rFonts w:ascii="Segoe UI Semilight" w:hAnsi="Segoe UI Semilight" w:cs="Segoe UI Semilight"/>
        </w:rPr>
        <w:t xml:space="preserve">Le </w:t>
      </w:r>
      <w:proofErr w:type="spellStart"/>
      <w:r w:rsidRPr="00AC386C">
        <w:rPr>
          <w:rFonts w:ascii="Segoe UI Semilight" w:hAnsi="Segoe UI Semilight" w:cs="Segoe UI Semilight"/>
        </w:rPr>
        <w:t>signataire</w:t>
      </w:r>
      <w:proofErr w:type="spellEnd"/>
      <w:r w:rsidRPr="00AC386C">
        <w:rPr>
          <w:rFonts w:ascii="Segoe UI Semilight" w:hAnsi="Segoe UI Semilight" w:cs="Segoe UI Semilight"/>
        </w:rPr>
        <w:t xml:space="preserve"> </w:t>
      </w:r>
      <w:proofErr w:type="spellStart"/>
      <w:r w:rsidRPr="00AC386C">
        <w:rPr>
          <w:rFonts w:ascii="Segoe UI Semilight" w:hAnsi="Segoe UI Semilight" w:cs="Segoe UI Semilight"/>
        </w:rPr>
        <w:t>déclare</w:t>
      </w:r>
      <w:proofErr w:type="spellEnd"/>
      <w:r w:rsidRPr="00AC386C">
        <w:rPr>
          <w:rFonts w:ascii="Segoe UI Semilight" w:hAnsi="Segoe UI Semilight" w:cs="Segoe UI Semilight"/>
        </w:rPr>
        <w:t xml:space="preserve"> </w:t>
      </w:r>
      <w:proofErr w:type="spellStart"/>
      <w:r w:rsidRPr="00AC386C">
        <w:rPr>
          <w:rFonts w:ascii="Segoe UI Semilight" w:hAnsi="Segoe UI Semilight" w:cs="Segoe UI Semilight"/>
        </w:rPr>
        <w:t>avoir</w:t>
      </w:r>
      <w:proofErr w:type="spellEnd"/>
      <w:r w:rsidRPr="00AC386C">
        <w:rPr>
          <w:rFonts w:ascii="Segoe UI Semilight" w:hAnsi="Segoe UI Semilight" w:cs="Segoe UI Semilight"/>
        </w:rPr>
        <w:t xml:space="preserve"> pris </w:t>
      </w:r>
      <w:proofErr w:type="spellStart"/>
      <w:r w:rsidRPr="00AC386C">
        <w:rPr>
          <w:rFonts w:ascii="Segoe UI Semilight" w:hAnsi="Segoe UI Semilight" w:cs="Segoe UI Semilight"/>
        </w:rPr>
        <w:t>connaissance</w:t>
      </w:r>
      <w:proofErr w:type="spellEnd"/>
      <w:r w:rsidRPr="00AC386C">
        <w:rPr>
          <w:rFonts w:ascii="Segoe UI Semilight" w:hAnsi="Segoe UI Semilight" w:cs="Segoe UI Semilight"/>
        </w:rPr>
        <w:t xml:space="preserve"> de la nature du </w:t>
      </w:r>
      <w:proofErr w:type="spellStart"/>
      <w:r w:rsidRPr="00AC386C">
        <w:rPr>
          <w:rFonts w:ascii="Segoe UI Semilight" w:hAnsi="Segoe UI Semilight" w:cs="Segoe UI Semilight"/>
        </w:rPr>
        <w:t>programme</w:t>
      </w:r>
      <w:proofErr w:type="spellEnd"/>
      <w:r w:rsidRPr="00AC386C">
        <w:rPr>
          <w:rFonts w:ascii="Segoe UI Semilight" w:hAnsi="Segoe UI Semilight" w:cs="Segoe UI Semilight"/>
        </w:rPr>
        <w:t xml:space="preserve">, des </w:t>
      </w:r>
      <w:proofErr w:type="spellStart"/>
      <w:r w:rsidRPr="00AC386C">
        <w:rPr>
          <w:rFonts w:ascii="Segoe UI Semilight" w:hAnsi="Segoe UI Semilight" w:cs="Segoe UI Semilight"/>
        </w:rPr>
        <w:t>objectifs</w:t>
      </w:r>
      <w:proofErr w:type="spellEnd"/>
      <w:r w:rsidRPr="00AC386C">
        <w:rPr>
          <w:rFonts w:ascii="Segoe UI Semilight" w:hAnsi="Segoe UI Semilight" w:cs="Segoe UI Semilight"/>
        </w:rPr>
        <w:t xml:space="preserve"> et des </w:t>
      </w:r>
      <w:proofErr w:type="spellStart"/>
      <w:r w:rsidRPr="00AC386C">
        <w:rPr>
          <w:rFonts w:ascii="Segoe UI Semilight" w:hAnsi="Segoe UI Semilight" w:cs="Segoe UI Semilight"/>
        </w:rPr>
        <w:t>prérequis</w:t>
      </w:r>
      <w:proofErr w:type="spellEnd"/>
      <w:r w:rsidRPr="00AC386C">
        <w:rPr>
          <w:rFonts w:ascii="Segoe UI Semilight" w:hAnsi="Segoe UI Semilight" w:cs="Segoe UI Semilight"/>
        </w:rPr>
        <w:t xml:space="preserve"> de </w:t>
      </w:r>
      <w:proofErr w:type="spellStart"/>
      <w:r w:rsidRPr="00AC386C">
        <w:rPr>
          <w:rFonts w:ascii="Segoe UI Semilight" w:hAnsi="Segoe UI Semilight" w:cs="Segoe UI Semilight"/>
        </w:rPr>
        <w:t>l’action</w:t>
      </w:r>
      <w:proofErr w:type="spellEnd"/>
      <w:r w:rsidRPr="00AC386C">
        <w:rPr>
          <w:rFonts w:ascii="Segoe UI Semilight" w:hAnsi="Segoe UI Semilight" w:cs="Segoe UI Semilight"/>
        </w:rPr>
        <w:t xml:space="preserve"> </w:t>
      </w:r>
      <w:proofErr w:type="spellStart"/>
      <w:r w:rsidRPr="00AC386C">
        <w:rPr>
          <w:rFonts w:ascii="Segoe UI Semilight" w:hAnsi="Segoe UI Semilight" w:cs="Segoe UI Semilight"/>
        </w:rPr>
        <w:t>référencée</w:t>
      </w:r>
      <w:proofErr w:type="spellEnd"/>
      <w:r w:rsidRPr="00AC386C">
        <w:rPr>
          <w:rFonts w:ascii="Segoe UI Semilight" w:hAnsi="Segoe UI Semilight" w:cs="Segoe UI Semilight"/>
        </w:rPr>
        <w:t xml:space="preserve"> ci-dessus. La signature de </w:t>
      </w:r>
      <w:proofErr w:type="spellStart"/>
      <w:r w:rsidRPr="00AC386C">
        <w:rPr>
          <w:rFonts w:ascii="Segoe UI Semilight" w:hAnsi="Segoe UI Semilight" w:cs="Segoe UI Semilight"/>
        </w:rPr>
        <w:t>ce</w:t>
      </w:r>
      <w:proofErr w:type="spellEnd"/>
      <w:r w:rsidRPr="00AC386C">
        <w:rPr>
          <w:rFonts w:ascii="Segoe UI Semilight" w:hAnsi="Segoe UI Semilight" w:cs="Segoe UI Semilight"/>
        </w:rPr>
        <w:t xml:space="preserve"> bulletin </w:t>
      </w:r>
      <w:proofErr w:type="spellStart"/>
      <w:r w:rsidRPr="00AC386C">
        <w:rPr>
          <w:rFonts w:ascii="Segoe UI Semilight" w:hAnsi="Segoe UI Semilight" w:cs="Segoe UI Semilight"/>
        </w:rPr>
        <w:t>d’inscription</w:t>
      </w:r>
      <w:proofErr w:type="spellEnd"/>
      <w:r w:rsidRPr="00AC386C">
        <w:rPr>
          <w:rFonts w:ascii="Segoe UI Semilight" w:hAnsi="Segoe UI Semilight" w:cs="Segoe UI Semilight"/>
        </w:rPr>
        <w:t xml:space="preserve">, </w:t>
      </w:r>
      <w:proofErr w:type="spellStart"/>
      <w:r w:rsidRPr="00AC386C">
        <w:rPr>
          <w:rFonts w:ascii="Segoe UI Semilight" w:hAnsi="Segoe UI Semilight" w:cs="Segoe UI Semilight"/>
        </w:rPr>
        <w:t>ou</w:t>
      </w:r>
      <w:proofErr w:type="spellEnd"/>
      <w:r w:rsidRPr="00AC386C">
        <w:rPr>
          <w:rFonts w:ascii="Segoe UI Semilight" w:hAnsi="Segoe UI Semilight" w:cs="Segoe UI Semilight"/>
        </w:rPr>
        <w:t xml:space="preserve"> son </w:t>
      </w:r>
      <w:proofErr w:type="gramStart"/>
      <w:r w:rsidRPr="00AC386C">
        <w:rPr>
          <w:rFonts w:ascii="Segoe UI Semilight" w:hAnsi="Segoe UI Semilight" w:cs="Segoe UI Semilight"/>
        </w:rPr>
        <w:t>retour</w:t>
      </w:r>
      <w:proofErr w:type="gramEnd"/>
      <w:r w:rsidRPr="00AC386C">
        <w:rPr>
          <w:rFonts w:ascii="Segoe UI Semilight" w:hAnsi="Segoe UI Semilight" w:cs="Segoe UI Semilight"/>
        </w:rPr>
        <w:t xml:space="preserve"> par email, </w:t>
      </w:r>
      <w:proofErr w:type="spellStart"/>
      <w:r w:rsidRPr="00AC386C">
        <w:rPr>
          <w:rFonts w:ascii="Segoe UI Semilight" w:hAnsi="Segoe UI Semilight" w:cs="Segoe UI Semilight"/>
        </w:rPr>
        <w:t>entraîne</w:t>
      </w:r>
      <w:proofErr w:type="spellEnd"/>
      <w:r w:rsidRPr="00AC386C">
        <w:rPr>
          <w:rFonts w:ascii="Segoe UI Semilight" w:hAnsi="Segoe UI Semilight" w:cs="Segoe UI Semilight"/>
        </w:rPr>
        <w:t xml:space="preserve"> </w:t>
      </w:r>
      <w:proofErr w:type="spellStart"/>
      <w:r w:rsidRPr="00AC386C">
        <w:rPr>
          <w:rFonts w:ascii="Segoe UI Semilight" w:hAnsi="Segoe UI Semilight" w:cs="Segoe UI Semilight"/>
        </w:rPr>
        <w:t>l’acceptation</w:t>
      </w:r>
      <w:proofErr w:type="spellEnd"/>
      <w:r w:rsidRPr="00AC386C">
        <w:rPr>
          <w:rFonts w:ascii="Segoe UI Semilight" w:hAnsi="Segoe UI Semilight" w:cs="Segoe UI Semilight"/>
        </w:rPr>
        <w:t xml:space="preserve"> sans </w:t>
      </w:r>
      <w:proofErr w:type="spellStart"/>
      <w:r w:rsidRPr="00AC386C">
        <w:rPr>
          <w:rFonts w:ascii="Segoe UI Semilight" w:hAnsi="Segoe UI Semilight" w:cs="Segoe UI Semilight"/>
        </w:rPr>
        <w:t>réserve</w:t>
      </w:r>
      <w:proofErr w:type="spellEnd"/>
      <w:r w:rsidRPr="00AC386C">
        <w:rPr>
          <w:rFonts w:ascii="Segoe UI Semilight" w:hAnsi="Segoe UI Semilight" w:cs="Segoe UI Semilight"/>
        </w:rPr>
        <w:t xml:space="preserve"> des Conditions </w:t>
      </w:r>
      <w:proofErr w:type="spellStart"/>
      <w:r w:rsidRPr="00AC386C">
        <w:rPr>
          <w:rFonts w:ascii="Segoe UI Semilight" w:hAnsi="Segoe UI Semilight" w:cs="Segoe UI Semilight"/>
        </w:rPr>
        <w:t>Générales</w:t>
      </w:r>
      <w:proofErr w:type="spellEnd"/>
      <w:r w:rsidRPr="00AC386C">
        <w:rPr>
          <w:rFonts w:ascii="Segoe UI Semilight" w:hAnsi="Segoe UI Semilight" w:cs="Segoe UI Semilight"/>
        </w:rPr>
        <w:t xml:space="preserve"> de Prestation </w:t>
      </w:r>
      <w:proofErr w:type="spellStart"/>
      <w:r w:rsidRPr="00AC386C">
        <w:rPr>
          <w:rFonts w:ascii="Segoe UI Semilight" w:hAnsi="Segoe UI Semilight" w:cs="Segoe UI Semilight"/>
        </w:rPr>
        <w:t>situées</w:t>
      </w:r>
      <w:proofErr w:type="spellEnd"/>
      <w:r w:rsidRPr="00AC386C">
        <w:rPr>
          <w:rFonts w:ascii="Segoe UI Semilight" w:hAnsi="Segoe UI Semilight" w:cs="Segoe UI Semilight"/>
        </w:rPr>
        <w:t xml:space="preserve"> ci-dessous </w:t>
      </w:r>
      <w:proofErr w:type="spellStart"/>
      <w:r w:rsidRPr="00AC386C">
        <w:rPr>
          <w:rFonts w:ascii="Segoe UI Semilight" w:hAnsi="Segoe UI Semilight" w:cs="Segoe UI Semilight"/>
        </w:rPr>
        <w:t>ou</w:t>
      </w:r>
      <w:proofErr w:type="spellEnd"/>
      <w:r w:rsidRPr="00AC386C">
        <w:rPr>
          <w:rFonts w:ascii="Segoe UI Semilight" w:hAnsi="Segoe UI Semilight" w:cs="Segoe UI Semilight"/>
        </w:rPr>
        <w:t xml:space="preserve"> </w:t>
      </w:r>
      <w:proofErr w:type="spellStart"/>
      <w:r w:rsidRPr="00AC386C">
        <w:rPr>
          <w:rFonts w:ascii="Segoe UI Semilight" w:hAnsi="Segoe UI Semilight" w:cs="Segoe UI Semilight"/>
        </w:rPr>
        <w:t>disponibles</w:t>
      </w:r>
      <w:proofErr w:type="spellEnd"/>
      <w:r w:rsidRPr="00AC386C">
        <w:rPr>
          <w:rFonts w:ascii="Segoe UI Semilight" w:hAnsi="Segoe UI Semilight" w:cs="Segoe UI Semilight"/>
        </w:rPr>
        <w:t xml:space="preserve"> sur </w:t>
      </w:r>
      <w:proofErr w:type="spellStart"/>
      <w:r w:rsidRPr="00AC386C">
        <w:rPr>
          <w:rFonts w:ascii="Segoe UI Semilight" w:hAnsi="Segoe UI Semilight" w:cs="Segoe UI Semilight"/>
        </w:rPr>
        <w:t>notre</w:t>
      </w:r>
      <w:proofErr w:type="spellEnd"/>
      <w:r w:rsidRPr="00AC386C">
        <w:rPr>
          <w:rFonts w:ascii="Segoe UI Semilight" w:hAnsi="Segoe UI Semilight" w:cs="Segoe UI Semilight"/>
        </w:rPr>
        <w:t xml:space="preserve"> site internet www.irepa-laser.com</w:t>
      </w:r>
    </w:p>
    <w:p w14:paraId="12A514CC" w14:textId="030B836D" w:rsidR="00BB4274" w:rsidRPr="005400E2" w:rsidRDefault="00BB4274" w:rsidP="00D469AB">
      <w:pPr>
        <w:spacing w:line="240" w:lineRule="auto"/>
        <w:rPr>
          <w:rFonts w:ascii="Segoe UI Semilight" w:hAnsi="Segoe UI Semilight" w:cs="Segoe UI Semilight"/>
          <w:sz w:val="24"/>
          <w:szCs w:val="24"/>
        </w:rPr>
      </w:pPr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>Fait à</w:t>
      </w:r>
      <w:proofErr w:type="gramStart"/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>* :</w:t>
      </w:r>
      <w:proofErr w:type="gramEnd"/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ab/>
      </w:r>
      <w:r w:rsidRPr="005400E2">
        <w:rPr>
          <w:rFonts w:ascii="Segoe UI Semilight" w:hAnsi="Segoe UI Semilight" w:cs="Segoe UI Semilight"/>
          <w:sz w:val="24"/>
          <w:szCs w:val="24"/>
        </w:rPr>
        <w:tab/>
      </w:r>
      <w:r w:rsidRPr="005400E2">
        <w:rPr>
          <w:rFonts w:ascii="Segoe UI Semilight" w:hAnsi="Segoe UI Semilight" w:cs="Segoe UI Semilight"/>
          <w:sz w:val="24"/>
          <w:szCs w:val="24"/>
        </w:rPr>
        <w:t xml:space="preserve">  </w:t>
      </w:r>
      <w:sdt>
        <w:sdtPr>
          <w:rPr>
            <w:rFonts w:ascii="Segoe UI Semilight" w:hAnsi="Segoe UI Semilight" w:cs="Segoe UI Semilight"/>
            <w:color w:val="C00000"/>
            <w:sz w:val="24"/>
            <w:szCs w:val="24"/>
          </w:rPr>
          <w:id w:val="574101737"/>
          <w:placeholder>
            <w:docPart w:val="DefaultPlaceholder_-1854013440"/>
          </w:placeholder>
          <w:text/>
        </w:sdtPr>
        <w:sdtContent>
          <w:r w:rsidR="0019296B" w:rsidRPr="005400E2">
            <w:rPr>
              <w:rFonts w:ascii="Segoe UI Semilight" w:hAnsi="Segoe UI Semilight" w:cs="Segoe UI Semilight"/>
              <w:color w:val="C00000"/>
              <w:sz w:val="24"/>
              <w:szCs w:val="24"/>
            </w:rPr>
            <w:t>Ville</w:t>
          </w:r>
        </w:sdtContent>
      </w:sdt>
    </w:p>
    <w:p w14:paraId="676FD850" w14:textId="09C23991" w:rsidR="00BB4274" w:rsidRPr="005400E2" w:rsidRDefault="00BB4274" w:rsidP="00D469AB">
      <w:pPr>
        <w:spacing w:line="240" w:lineRule="auto"/>
        <w:rPr>
          <w:rFonts w:ascii="Segoe UI Semilight" w:hAnsi="Segoe UI Semilight" w:cs="Segoe UI Semilight"/>
          <w:sz w:val="24"/>
          <w:szCs w:val="24"/>
        </w:rPr>
      </w:pPr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>Le</w:t>
      </w:r>
      <w:proofErr w:type="gramStart"/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>* :</w:t>
      </w:r>
      <w:proofErr w:type="gramEnd"/>
      <w:r w:rsidRPr="005400E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5400E2">
        <w:rPr>
          <w:rFonts w:ascii="Segoe UI Semilight" w:hAnsi="Segoe UI Semilight" w:cs="Segoe UI Semilight"/>
          <w:sz w:val="24"/>
          <w:szCs w:val="24"/>
        </w:rPr>
        <w:tab/>
      </w:r>
      <w:r w:rsidRPr="005400E2">
        <w:rPr>
          <w:rFonts w:ascii="Segoe UI Semilight" w:hAnsi="Segoe UI Semilight" w:cs="Segoe UI Semilight"/>
          <w:sz w:val="24"/>
          <w:szCs w:val="24"/>
        </w:rPr>
        <w:tab/>
      </w:r>
      <w:sdt>
        <w:sdtPr>
          <w:rPr>
            <w:rFonts w:ascii="Segoe UI Semilight" w:hAnsi="Segoe UI Semilight" w:cs="Segoe UI Semilight"/>
            <w:color w:val="C00000"/>
            <w:sz w:val="24"/>
            <w:szCs w:val="24"/>
          </w:rPr>
          <w:id w:val="-1137482552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5400E2">
            <w:rPr>
              <w:rFonts w:ascii="Segoe UI Semilight" w:hAnsi="Segoe UI Semilight" w:cs="Segoe UI Semilight"/>
              <w:color w:val="C00000"/>
              <w:sz w:val="24"/>
              <w:szCs w:val="24"/>
            </w:rPr>
            <w:t>JJ/MM/AAAA</w:t>
          </w:r>
        </w:sdtContent>
      </w:sdt>
    </w:p>
    <w:p w14:paraId="4BB687F9" w14:textId="2C96C52A" w:rsidR="00AC386C" w:rsidRPr="005400E2" w:rsidRDefault="00BB4274" w:rsidP="00D469AB">
      <w:pPr>
        <w:spacing w:line="240" w:lineRule="auto"/>
        <w:rPr>
          <w:rFonts w:ascii="Segoe UI Semilight" w:hAnsi="Segoe UI Semilight" w:cs="Segoe UI Semilight"/>
          <w:sz w:val="24"/>
          <w:szCs w:val="24"/>
        </w:rPr>
      </w:pPr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>Nom</w:t>
      </w:r>
      <w:r w:rsidR="00AC386C" w:rsidRPr="005400E2">
        <w:rPr>
          <w:rFonts w:ascii="Segoe UI Semilight" w:hAnsi="Segoe UI Semilight" w:cs="Segoe UI Semilight"/>
          <w:b/>
          <w:bCs/>
          <w:sz w:val="24"/>
          <w:szCs w:val="24"/>
        </w:rPr>
        <w:t xml:space="preserve"> </w:t>
      </w:r>
      <w:r w:rsidR="00AC386C" w:rsidRPr="005400E2">
        <w:rPr>
          <w:rFonts w:ascii="Segoe UI Semilight" w:hAnsi="Segoe UI Semilight" w:cs="Segoe UI Semilight"/>
          <w:b/>
          <w:bCs/>
          <w:sz w:val="24"/>
          <w:szCs w:val="24"/>
        </w:rPr>
        <w:t xml:space="preserve">du </w:t>
      </w:r>
      <w:proofErr w:type="spellStart"/>
      <w:r w:rsidR="00AC386C" w:rsidRPr="005400E2">
        <w:rPr>
          <w:rFonts w:ascii="Segoe UI Semilight" w:hAnsi="Segoe UI Semilight" w:cs="Segoe UI Semilight"/>
          <w:b/>
          <w:bCs/>
          <w:sz w:val="24"/>
          <w:szCs w:val="24"/>
        </w:rPr>
        <w:t>décisionnaire</w:t>
      </w:r>
      <w:proofErr w:type="spellEnd"/>
      <w:proofErr w:type="gramStart"/>
      <w:r w:rsidR="00AC386C" w:rsidRPr="005400E2">
        <w:rPr>
          <w:rFonts w:ascii="Segoe UI Semilight" w:hAnsi="Segoe UI Semilight" w:cs="Segoe UI Semilight"/>
          <w:b/>
          <w:bCs/>
          <w:sz w:val="24"/>
          <w:szCs w:val="24"/>
        </w:rPr>
        <w:t>*</w:t>
      </w:r>
      <w:r w:rsidR="00AC386C" w:rsidRPr="005400E2">
        <w:rPr>
          <w:rFonts w:ascii="Segoe UI Semilight" w:hAnsi="Segoe UI Semilight" w:cs="Segoe UI Semilight"/>
          <w:sz w:val="24"/>
          <w:szCs w:val="24"/>
        </w:rPr>
        <w:t xml:space="preserve"> :</w:t>
      </w:r>
      <w:proofErr w:type="gramEnd"/>
      <w:r w:rsidR="00AC386C" w:rsidRPr="005400E2">
        <w:rPr>
          <w:rFonts w:ascii="Segoe UI Semilight" w:hAnsi="Segoe UI Semilight" w:cs="Segoe UI Semilight"/>
          <w:sz w:val="24"/>
          <w:szCs w:val="24"/>
        </w:rPr>
        <w:t xml:space="preserve"> </w:t>
      </w:r>
      <w:sdt>
        <w:sdtPr>
          <w:rPr>
            <w:rFonts w:ascii="Segoe UI Semilight" w:hAnsi="Segoe UI Semilight" w:cs="Segoe UI Semilight"/>
            <w:color w:val="C00000"/>
            <w:sz w:val="24"/>
            <w:szCs w:val="24"/>
          </w:rPr>
          <w:id w:val="2017259131"/>
          <w:placeholder>
            <w:docPart w:val="DefaultPlaceholder_-1854013440"/>
          </w:placeholder>
          <w:text/>
        </w:sdtPr>
        <w:sdtContent>
          <w:r w:rsidR="0019296B" w:rsidRPr="005400E2">
            <w:rPr>
              <w:rFonts w:ascii="Segoe UI Semilight" w:hAnsi="Segoe UI Semilight" w:cs="Segoe UI Semilight"/>
              <w:color w:val="C00000"/>
              <w:sz w:val="24"/>
              <w:szCs w:val="24"/>
            </w:rPr>
            <w:t>Nom</w:t>
          </w:r>
        </w:sdtContent>
      </w:sdt>
      <w:r w:rsidR="00AC386C" w:rsidRPr="005400E2">
        <w:rPr>
          <w:rFonts w:ascii="Segoe UI Semilight" w:hAnsi="Segoe UI Semilight" w:cs="Segoe UI Semilight"/>
          <w:sz w:val="24"/>
          <w:szCs w:val="24"/>
        </w:rPr>
        <w:t xml:space="preserve">  </w:t>
      </w:r>
      <w:proofErr w:type="spellStart"/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>Prénom</w:t>
      </w:r>
      <w:proofErr w:type="spellEnd"/>
      <w:r w:rsidR="00AC386C" w:rsidRPr="005400E2">
        <w:rPr>
          <w:rFonts w:ascii="Segoe UI Semilight" w:hAnsi="Segoe UI Semilight" w:cs="Segoe UI Semilight"/>
          <w:sz w:val="24"/>
          <w:szCs w:val="24"/>
        </w:rPr>
        <w:t xml:space="preserve"> :</w:t>
      </w:r>
      <w:r w:rsidRPr="005400E2">
        <w:rPr>
          <w:rFonts w:ascii="Segoe UI Semilight" w:hAnsi="Segoe UI Semilight" w:cs="Segoe UI Semilight"/>
          <w:sz w:val="24"/>
          <w:szCs w:val="24"/>
        </w:rPr>
        <w:t xml:space="preserve"> </w:t>
      </w:r>
      <w:sdt>
        <w:sdtPr>
          <w:rPr>
            <w:rFonts w:ascii="Segoe UI Semilight" w:hAnsi="Segoe UI Semilight" w:cs="Segoe UI Semilight"/>
            <w:color w:val="C00000"/>
            <w:sz w:val="24"/>
            <w:szCs w:val="24"/>
          </w:rPr>
          <w:id w:val="-654068368"/>
          <w:placeholder>
            <w:docPart w:val="DefaultPlaceholder_-1854013440"/>
          </w:placeholder>
          <w:text/>
        </w:sdtPr>
        <w:sdtContent>
          <w:proofErr w:type="spellStart"/>
          <w:r w:rsidR="0019296B" w:rsidRPr="005400E2">
            <w:rPr>
              <w:rFonts w:ascii="Segoe UI Semilight" w:hAnsi="Segoe UI Semilight" w:cs="Segoe UI Semilight"/>
              <w:color w:val="C00000"/>
              <w:sz w:val="24"/>
              <w:szCs w:val="24"/>
            </w:rPr>
            <w:t>Prénom</w:t>
          </w:r>
          <w:proofErr w:type="spellEnd"/>
        </w:sdtContent>
      </w:sdt>
    </w:p>
    <w:p w14:paraId="47346AA0" w14:textId="54A5F2B4" w:rsidR="00AC386C" w:rsidRPr="005400E2" w:rsidRDefault="00BB4274" w:rsidP="00D469AB">
      <w:pPr>
        <w:spacing w:line="240" w:lineRule="auto"/>
        <w:rPr>
          <w:rFonts w:ascii="Segoe UI Semilight" w:hAnsi="Segoe UI Semilight" w:cs="Segoe UI Semilight"/>
          <w:sz w:val="24"/>
          <w:szCs w:val="24"/>
        </w:rPr>
      </w:pPr>
      <w:proofErr w:type="spellStart"/>
      <w:r w:rsidRPr="005400E2">
        <w:rPr>
          <w:rFonts w:ascii="Segoe UI Semilight" w:hAnsi="Segoe UI Semilight" w:cs="Segoe UI Semilight"/>
          <w:b/>
          <w:bCs/>
          <w:sz w:val="24"/>
          <w:szCs w:val="24"/>
        </w:rPr>
        <w:t>Fonction</w:t>
      </w:r>
      <w:proofErr w:type="spellEnd"/>
      <w:proofErr w:type="gramStart"/>
      <w:r w:rsidR="00E63120" w:rsidRPr="005400E2">
        <w:rPr>
          <w:rFonts w:ascii="Segoe UI Semilight" w:hAnsi="Segoe UI Semilight" w:cs="Segoe UI Semilight"/>
          <w:b/>
          <w:bCs/>
          <w:sz w:val="24"/>
          <w:szCs w:val="24"/>
        </w:rPr>
        <w:t>*</w:t>
      </w:r>
      <w:r w:rsidR="00E63120" w:rsidRPr="005400E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5400E2">
        <w:rPr>
          <w:rFonts w:ascii="Segoe UI Semilight" w:hAnsi="Segoe UI Semilight" w:cs="Segoe UI Semilight"/>
          <w:sz w:val="24"/>
          <w:szCs w:val="24"/>
        </w:rPr>
        <w:t>:</w:t>
      </w:r>
      <w:proofErr w:type="gramEnd"/>
      <w:r w:rsidR="00AC386C" w:rsidRPr="005400E2">
        <w:rPr>
          <w:rFonts w:ascii="Segoe UI Semilight" w:hAnsi="Segoe UI Semilight" w:cs="Segoe UI Semilight"/>
          <w:sz w:val="24"/>
          <w:szCs w:val="24"/>
        </w:rPr>
        <w:t xml:space="preserve"> </w:t>
      </w:r>
      <w:sdt>
        <w:sdtPr>
          <w:rPr>
            <w:rFonts w:ascii="Segoe UI Semilight" w:hAnsi="Segoe UI Semilight" w:cs="Segoe UI Semilight"/>
            <w:color w:val="C00000"/>
            <w:sz w:val="24"/>
            <w:szCs w:val="24"/>
          </w:rPr>
          <w:id w:val="746930364"/>
          <w:placeholder>
            <w:docPart w:val="DefaultPlaceholder_-1854013440"/>
          </w:placeholder>
          <w:text/>
        </w:sdtPr>
        <w:sdtContent>
          <w:proofErr w:type="spellStart"/>
          <w:r w:rsidR="0019296B" w:rsidRPr="005400E2">
            <w:rPr>
              <w:rFonts w:ascii="Segoe UI Semilight" w:hAnsi="Segoe UI Semilight" w:cs="Segoe UI Semilight"/>
              <w:color w:val="C00000"/>
              <w:sz w:val="24"/>
              <w:szCs w:val="24"/>
            </w:rPr>
            <w:t>Fonction</w:t>
          </w:r>
          <w:proofErr w:type="spellEnd"/>
        </w:sdtContent>
      </w:sdt>
    </w:p>
    <w:p w14:paraId="4F0823FA" w14:textId="77777777" w:rsidR="005400E2" w:rsidRDefault="005400E2" w:rsidP="00AC386C">
      <w:pPr>
        <w:pStyle w:val="Pieddepage"/>
        <w:spacing w:line="360" w:lineRule="auto"/>
        <w:jc w:val="center"/>
        <w:rPr>
          <w:rFonts w:ascii="Segoe UI Semibold" w:hAnsi="Segoe UI Semibold" w:cs="Segoe UI Semibold"/>
          <w:color w:val="E20019"/>
          <w:sz w:val="24"/>
          <w:szCs w:val="24"/>
        </w:rPr>
      </w:pPr>
    </w:p>
    <w:p w14:paraId="00F80E52" w14:textId="5FE42910" w:rsidR="00AC386C" w:rsidRPr="00137999" w:rsidRDefault="00AC386C" w:rsidP="00AC386C">
      <w:pPr>
        <w:pStyle w:val="Pieddepage"/>
        <w:spacing w:line="360" w:lineRule="auto"/>
        <w:jc w:val="center"/>
        <w:rPr>
          <w:rFonts w:ascii="Segoe UI Semibold" w:hAnsi="Segoe UI Semibold" w:cs="Segoe UI Semibold"/>
          <w:color w:val="E20019"/>
          <w:sz w:val="20"/>
          <w:szCs w:val="20"/>
        </w:rPr>
      </w:pPr>
      <w:r w:rsidRPr="00AC386C">
        <w:rPr>
          <w:rFonts w:ascii="Segoe UI Semibold" w:hAnsi="Segoe UI Semibold" w:cs="Segoe UI Semibold"/>
          <w:color w:val="E20019"/>
          <w:sz w:val="24"/>
          <w:szCs w:val="24"/>
        </w:rPr>
        <w:t xml:space="preserve">Bulletin à </w:t>
      </w:r>
      <w:proofErr w:type="spellStart"/>
      <w:r w:rsidRPr="00AC386C">
        <w:rPr>
          <w:rFonts w:ascii="Segoe UI Semibold" w:hAnsi="Segoe UI Semibold" w:cs="Segoe UI Semibold"/>
          <w:color w:val="E20019"/>
          <w:sz w:val="24"/>
          <w:szCs w:val="24"/>
        </w:rPr>
        <w:t>retourner</w:t>
      </w:r>
      <w:proofErr w:type="spellEnd"/>
      <w:r w:rsidRPr="00AC386C">
        <w:rPr>
          <w:rFonts w:ascii="Segoe UI Semibold" w:hAnsi="Segoe UI Semibold" w:cs="Segoe UI Semibold"/>
          <w:color w:val="E20019"/>
          <w:sz w:val="24"/>
          <w:szCs w:val="24"/>
        </w:rPr>
        <w:t xml:space="preserve"> à </w:t>
      </w:r>
      <w:hyperlink r:id="rId12" w:history="1">
        <w:r w:rsidRPr="00AC386C">
          <w:rPr>
            <w:rStyle w:val="Lienhypertexte"/>
            <w:rFonts w:ascii="Segoe UI Semibold" w:hAnsi="Segoe UI Semibold" w:cs="Segoe UI Semibold"/>
            <w:sz w:val="24"/>
            <w:szCs w:val="24"/>
          </w:rPr>
          <w:t>formation@irepa-laser.com</w:t>
        </w:r>
      </w:hyperlink>
      <w:r w:rsidRPr="00AC386C">
        <w:rPr>
          <w:rFonts w:ascii="Segoe UI Semibold" w:hAnsi="Segoe UI Semibold" w:cs="Segoe UI Semibold"/>
          <w:color w:val="E20019"/>
          <w:sz w:val="24"/>
          <w:szCs w:val="24"/>
        </w:rPr>
        <w:t xml:space="preserve"> </w:t>
      </w:r>
    </w:p>
    <w:p w14:paraId="002E2BF0" w14:textId="25502CB1" w:rsidR="0032698B" w:rsidRPr="0019296B" w:rsidRDefault="0019296B" w:rsidP="00BD3A18">
      <w:pPr>
        <w:rPr>
          <w:rFonts w:ascii="Segoe UI Semilight" w:hAnsi="Segoe UI Semilight" w:cs="Segoe UI Semilight"/>
        </w:rPr>
      </w:pPr>
      <w:r w:rsidRPr="00D85613"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CD80F59" wp14:editId="3F70106E">
                <wp:simplePos x="0" y="0"/>
                <wp:positionH relativeFrom="margin">
                  <wp:posOffset>-451168</wp:posOffset>
                </wp:positionH>
                <wp:positionV relativeFrom="paragraph">
                  <wp:posOffset>317</wp:posOffset>
                </wp:positionV>
                <wp:extent cx="7481570" cy="15104110"/>
                <wp:effectExtent l="0" t="0" r="0" b="254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1570" cy="1510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4B18019" w14:textId="4B37CDCB" w:rsidR="00D85613" w:rsidRPr="005400E2" w:rsidRDefault="00D85613" w:rsidP="00D85613">
                            <w:pPr>
                              <w:spacing w:before="120" w:after="120"/>
                              <w:jc w:val="center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400E2">
                              <w:rPr>
                                <w:rStyle w:val="Accentuationintense"/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Conditions </w:t>
                            </w:r>
                            <w:proofErr w:type="spellStart"/>
                            <w:r w:rsidRPr="005400E2">
                              <w:rPr>
                                <w:rStyle w:val="Accentuationintense"/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Générales</w:t>
                            </w:r>
                            <w:proofErr w:type="spellEnd"/>
                            <w:r w:rsidRPr="005400E2">
                              <w:rPr>
                                <w:rStyle w:val="Accentuationintense"/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5400E2">
                              <w:rPr>
                                <w:rStyle w:val="Accentuationintense"/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Prestations</w:t>
                            </w:r>
                            <w:proofErr w:type="spellEnd"/>
                            <w:r w:rsidRPr="005400E2">
                              <w:rPr>
                                <w:rStyle w:val="Accentuationintense"/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du </w:t>
                            </w:r>
                            <w:proofErr w:type="spellStart"/>
                            <w:r w:rsidRPr="005400E2">
                              <w:rPr>
                                <w:rStyle w:val="Accentuationintense"/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centre</w:t>
                            </w:r>
                            <w:proofErr w:type="spellEnd"/>
                            <w:r w:rsidRPr="005400E2">
                              <w:rPr>
                                <w:rStyle w:val="Accentuationintense"/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de formation IREPA LASER</w:t>
                            </w:r>
                          </w:p>
                          <w:p w14:paraId="42213BCD" w14:textId="77777777" w:rsidR="00D85613" w:rsidRPr="000E628C" w:rsidRDefault="00D85613" w:rsidP="00D85613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before="120" w:after="120"/>
                              <w:ind w:left="284" w:hanging="283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APPLICATION DES CONDITIONS GENERALES DE PRESTATIONS</w:t>
                            </w:r>
                          </w:p>
                          <w:p w14:paraId="1932841B" w14:textId="1F595BBE" w:rsidR="00D85613" w:rsidRPr="000E628C" w:rsidRDefault="00D85613" w:rsidP="00D85613">
                            <w:pPr>
                              <w:pStyle w:val="Paragraphedeliste"/>
                              <w:spacing w:before="120" w:after="120"/>
                              <w:ind w:left="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présentes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Conditions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Générales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Prestations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(CGP) du Centre de Formation IREPALASER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systématiquement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adressées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remises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chaque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client pour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lui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permettre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passer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En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conséquence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le fait de passer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implique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l’adhésion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entière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sans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réserve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l’acheteur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CGP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l’exclusion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tout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autre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document,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tels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prospectus, catalogue,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émis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IREPA LASER et qui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n’ont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qu’une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valeur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indicative.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Aucune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condition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particulière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ne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peut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sauf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acceptation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formelle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écrite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IREPA LASER,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prévaloir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CGP. Toute condition contraire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opposée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l’acheteur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sera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donc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défaut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d’acceptation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expresse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inopposable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IREPA 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quel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soit le moment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où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elle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aura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être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portée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connaissance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4417AD4" w14:textId="22995532" w:rsidR="00D85613" w:rsidRPr="000E628C" w:rsidRDefault="00D85613" w:rsidP="00D85613">
                            <w:pPr>
                              <w:spacing w:before="120" w:after="12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2 – CONTRAT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Le devis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la convention,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établi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IREPA LASER,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constitue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les conditions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particulières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venant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modifier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compléter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présentes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conditions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générales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En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reçue du client,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celle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-ci ne sera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considérée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comme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acceptée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définitivement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IREPA 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qu’après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acceptation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écrite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signée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C’est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cette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acceptation qui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constituera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dans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les conditions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particulières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0B9742D" w14:textId="77777777" w:rsidR="00D85613" w:rsidRPr="000E628C" w:rsidRDefault="00D85613" w:rsidP="00D85613">
                            <w:pPr>
                              <w:spacing w:before="120" w:after="12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3 – 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MODIFICATION DU CONTRAT</w:t>
                            </w:r>
                          </w:p>
                          <w:p w14:paraId="40EF9C38" w14:textId="77777777" w:rsidR="00D85613" w:rsidRPr="000E628C" w:rsidRDefault="00D85613" w:rsidP="00D85613">
                            <w:pPr>
                              <w:spacing w:before="120" w:after="120"/>
                              <w:ind w:left="720"/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l’initiative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du client</w:t>
                            </w:r>
                          </w:p>
                          <w:p w14:paraId="0B681DD6" w14:textId="0D13855B" w:rsidR="00D85613" w:rsidRPr="000E628C" w:rsidRDefault="00D85613" w:rsidP="00D85613">
                            <w:pPr>
                              <w:spacing w:before="120" w:after="12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Toute modification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annulation du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contrat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visé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 §2, ne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peut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être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pris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considération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si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elle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est parvenue par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écrit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IREPA LASER au plus tard 10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jours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ouvrables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avant la date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prévue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pour la session,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objet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modification.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Si la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modification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d’annulation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intervient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entre 20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jours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10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jours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ouvrables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avant la date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prévue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pour la session, 30% du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montant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prestation,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ainsi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totalité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frais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éventuels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déplacement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éditions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,…) déjà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engagés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seront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facturés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l’acheteur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En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d’annulation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tardive (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moins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10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jours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avant le début de la session), IREPA LASER se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réserve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 droit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facturer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frais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d’annulation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pouvant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atteindre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100% du prix du stage.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Cependant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débit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ne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constitue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dépense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déductible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participation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l’employeur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titre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formation continue.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remplacements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participants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admis à tout moment, sans frais, sur communication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écrite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noms et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coordonnées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remplaçants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En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report de formation,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intervenant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moins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10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jours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avant le début de la session, des frais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forfaitaires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d’administration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de 300€HT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seront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facturées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4D4215" w14:textId="77777777" w:rsidR="00D85613" w:rsidRPr="000E628C" w:rsidRDefault="00D85613" w:rsidP="00D85613">
                            <w:pPr>
                              <w:spacing w:before="120" w:after="120"/>
                              <w:ind w:firstLine="708"/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l’initiative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d’IREPA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LASER</w:t>
                            </w:r>
                          </w:p>
                          <w:p w14:paraId="12ECE0F8" w14:textId="77777777" w:rsidR="00D85613" w:rsidRPr="000E628C" w:rsidRDefault="00D85613" w:rsidP="00D85613">
                            <w:pPr>
                              <w:spacing w:before="120" w:after="12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Si le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nombre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participants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formation est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jugé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insuffisant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pour des raisons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pédagogiques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IREPA LASER se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réserve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 droit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d'annuler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cette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formation au plus tard 7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jours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ouvrés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avant la date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prévue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2A8C1D9" w14:textId="16D6552B" w:rsidR="00D85613" w:rsidRPr="000E628C" w:rsidRDefault="00D85613" w:rsidP="00D85613">
                            <w:pPr>
                              <w:spacing w:before="120" w:after="12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IREPA 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accueillera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dans la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limite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places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disponibles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salariés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l’entreprise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signataire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convention.</w:t>
                            </w:r>
                          </w:p>
                          <w:p w14:paraId="1B56CA8C" w14:textId="7FD46A49" w:rsidR="00D85613" w:rsidRPr="000E628C" w:rsidRDefault="00D85613" w:rsidP="00D85613">
                            <w:pPr>
                              <w:spacing w:before="120" w:after="12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4 – PRIX ET CONDITIONS DE PAIEMENT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tarifs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forfaitaires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y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compris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les frais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déplacement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éventuels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facturés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selon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les conditions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exposées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dans le devis. Sur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l’acheteur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les frais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déplacement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peut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être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facturés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aux frais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réels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sur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justificatifs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Les prix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validés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dans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l’offre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pour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période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3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mois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compter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date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d’émission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l’offre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Tout stage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commencé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est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dû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entier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Les prix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indiqués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HT et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majorés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taux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TVA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vigueur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Pour les stages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réalisés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IREPA LASER et pour 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journées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complètes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repas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midi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compris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dans le prix du stage.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L’hébergement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le transport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la charge des stagiaires.</w:t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sz w:val="18"/>
                                <w:szCs w:val="18"/>
                              </w:rPr>
                              <w:br/>
                            </w: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Une facture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ainsi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l’attestation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stage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adressées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l’issue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formation.</w:t>
                            </w:r>
                          </w:p>
                          <w:p w14:paraId="6BA520BE" w14:textId="77777777" w:rsidR="00D85613" w:rsidRPr="000E628C" w:rsidRDefault="00D85613" w:rsidP="00BD3A18">
                            <w:pPr>
                              <w:spacing w:after="0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Remarques :</w:t>
                            </w:r>
                            <w:proofErr w:type="gramEnd"/>
                          </w:p>
                          <w:p w14:paraId="38E60898" w14:textId="77777777" w:rsidR="00D85613" w:rsidRPr="000E628C" w:rsidRDefault="00D85613" w:rsidP="00BD3A18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• Pour les formations intra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spécifiques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les dates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proposées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sous-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entendent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 minimum 4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semaines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avant le début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formation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considérée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657398F" w14:textId="717AF67D" w:rsidR="00D85613" w:rsidRPr="000E628C" w:rsidRDefault="00D85613" w:rsidP="00BD3A18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• Les prix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indiqués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comptés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hors frais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d’expédition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éventuels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du matériel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pédagogique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nécessaire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la formation</w:t>
                            </w:r>
                          </w:p>
                          <w:p w14:paraId="4B47E69C" w14:textId="77777777" w:rsidR="00D85613" w:rsidRPr="000E628C" w:rsidRDefault="00D85613" w:rsidP="00BD3A18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Facturation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pour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l’ensemble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l'action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formation </w:t>
                            </w:r>
                            <w:proofErr w:type="spellStart"/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proposée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:</w:t>
                            </w:r>
                            <w:proofErr w:type="gramEnd"/>
                          </w:p>
                          <w:p w14:paraId="2066C956" w14:textId="77777777" w:rsidR="00D85613" w:rsidRPr="000E628C" w:rsidRDefault="00D85613" w:rsidP="00BD3A18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• A la remise des attestations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présence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246B9D7" w14:textId="77777777" w:rsidR="00D85613" w:rsidRPr="000E628C" w:rsidRDefault="00D85613" w:rsidP="00BD3A18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• Conditions de </w:t>
                            </w:r>
                            <w:proofErr w:type="spellStart"/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paiement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:</w:t>
                            </w:r>
                            <w:proofErr w:type="gram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comptant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réception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facture</w:t>
                            </w:r>
                          </w:p>
                          <w:p w14:paraId="0FF3FE19" w14:textId="77777777" w:rsidR="00D85613" w:rsidRPr="000E628C" w:rsidRDefault="00D85613" w:rsidP="00D85613">
                            <w:pPr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80F5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5.55pt;margin-top:0;width:589.1pt;height:1189.3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" filled="f" stroked="f">
                <v:textbox>
                  <w:txbxContent>
                    <w:p w14:paraId="34B18019" w14:textId="4B37CDCB" w:rsidR="00D85613" w:rsidRPr="005400E2" w:rsidRDefault="00D85613" w:rsidP="00D85613">
                      <w:pPr>
                        <w:spacing w:before="120" w:after="120"/>
                        <w:jc w:val="center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5400E2">
                        <w:rPr>
                          <w:rStyle w:val="Accentuationintense"/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Conditions </w:t>
                      </w:r>
                      <w:proofErr w:type="spellStart"/>
                      <w:r w:rsidRPr="005400E2">
                        <w:rPr>
                          <w:rStyle w:val="Accentuationintense"/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Générales</w:t>
                      </w:r>
                      <w:proofErr w:type="spellEnd"/>
                      <w:r w:rsidRPr="005400E2">
                        <w:rPr>
                          <w:rStyle w:val="Accentuationintense"/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5400E2">
                        <w:rPr>
                          <w:rStyle w:val="Accentuationintense"/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Prestations</w:t>
                      </w:r>
                      <w:proofErr w:type="spellEnd"/>
                      <w:r w:rsidRPr="005400E2">
                        <w:rPr>
                          <w:rStyle w:val="Accentuationintense"/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du </w:t>
                      </w:r>
                      <w:proofErr w:type="spellStart"/>
                      <w:r w:rsidRPr="005400E2">
                        <w:rPr>
                          <w:rStyle w:val="Accentuationintense"/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centre</w:t>
                      </w:r>
                      <w:proofErr w:type="spellEnd"/>
                      <w:r w:rsidRPr="005400E2">
                        <w:rPr>
                          <w:rStyle w:val="Accentuationintense"/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de formation IREPA LASER</w:t>
                      </w:r>
                    </w:p>
                    <w:p w14:paraId="42213BCD" w14:textId="77777777" w:rsidR="00D85613" w:rsidRPr="000E628C" w:rsidRDefault="00D85613" w:rsidP="00D85613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before="120" w:after="120"/>
                        <w:ind w:left="284" w:hanging="283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APPLICATION DES CONDITIONS GENERALES DE PRESTATIONS</w:t>
                      </w:r>
                    </w:p>
                    <w:p w14:paraId="1932841B" w14:textId="1F595BBE" w:rsidR="00D85613" w:rsidRPr="000E628C" w:rsidRDefault="00D85613" w:rsidP="00D85613">
                      <w:pPr>
                        <w:pStyle w:val="Paragraphedeliste"/>
                        <w:spacing w:before="120" w:after="120"/>
                        <w:ind w:left="0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présentes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Conditions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Générales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Prestations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(CGP) du Centre de Formation IREPALASER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systématiquement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adressées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remises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chaque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client pour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lui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permettre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passer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En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conséquence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le fait de passer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implique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l’adhésion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entière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sans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réserve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l’acheteur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CGP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l’exclusion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tout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autre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document,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tels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prospectus, catalogue,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émis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IREPA LASER et qui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n’ont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qu’une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valeur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indicative.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Aucune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condition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particulière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ne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peut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sauf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acceptation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formelle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écrite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IREPA LASER,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prévaloir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CGP. Toute condition contraire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opposée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l’acheteur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sera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donc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défaut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d’acceptation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expresse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inopposable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IREPA 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quel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soit le moment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où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elle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aura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être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portée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connaissance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  <w:p w14:paraId="74417AD4" w14:textId="22995532" w:rsidR="00D85613" w:rsidRPr="000E628C" w:rsidRDefault="00D85613" w:rsidP="00D85613">
                      <w:pPr>
                        <w:spacing w:before="120" w:after="120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2 – CONTRAT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Le devis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la convention,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établi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IREPA LASER,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constitue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les conditions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particulières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venant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modifier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compléter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présentes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conditions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générales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En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reçue du client,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celle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-ci ne sera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considérée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comme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acceptée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définitivement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IREPA 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qu’après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acceptation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écrite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signée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C’est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cette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acceptation qui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constituera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dans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les conditions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particulières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  <w:p w14:paraId="00B9742D" w14:textId="77777777" w:rsidR="00D85613" w:rsidRPr="000E628C" w:rsidRDefault="00D85613" w:rsidP="00D85613">
                      <w:pPr>
                        <w:spacing w:before="120" w:after="120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sz w:val="18"/>
                          <w:szCs w:val="18"/>
                        </w:rPr>
                        <w:t xml:space="preserve">3 – 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MODIFICATION DU CONTRAT</w:t>
                      </w:r>
                    </w:p>
                    <w:p w14:paraId="40EF9C38" w14:textId="77777777" w:rsidR="00D85613" w:rsidRPr="000E628C" w:rsidRDefault="00D85613" w:rsidP="00D85613">
                      <w:pPr>
                        <w:spacing w:before="120" w:after="120"/>
                        <w:ind w:left="720"/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l’initiative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du client</w:t>
                      </w:r>
                    </w:p>
                    <w:p w14:paraId="0B681DD6" w14:textId="0D13855B" w:rsidR="00D85613" w:rsidRPr="000E628C" w:rsidRDefault="00D85613" w:rsidP="00D85613">
                      <w:pPr>
                        <w:spacing w:before="120" w:after="120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Toute modification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annulation du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contrat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visé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 §2, ne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peut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être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pris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considération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si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elle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est parvenue par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écrit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IREPA LASER au plus tard 10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jours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ouvrables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avant la date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prévue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pour la session,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objet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modification.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Si la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modification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d’annulation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intervient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entre 20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jours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10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jours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ouvrables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avant la date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prévue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pour la session, 30% du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montant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prestation,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ainsi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totalité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frais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éventuels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déplacement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éditions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,…) déjà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engagés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seront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facturés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l’acheteur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En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d’annulation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tardive (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moins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10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jours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avant le début de la session), IREPA LASER se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réserve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 droit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facturer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frais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d’annulation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pouvant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atteindre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100% du prix du stage.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Cependant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débit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ne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constitue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dépense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déductible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participation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l’employeur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titre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formation continue.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remplacements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participants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admis à tout moment, sans frais, sur communication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écrite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noms et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coordonnées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remplaçants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En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report de formation,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intervenant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moins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10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jours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avant le début de la session, des frais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forfaitaires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d’administration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de 300€HT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seront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facturées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  <w:p w14:paraId="344D4215" w14:textId="77777777" w:rsidR="00D85613" w:rsidRPr="000E628C" w:rsidRDefault="00D85613" w:rsidP="00D85613">
                      <w:pPr>
                        <w:spacing w:before="120" w:after="120"/>
                        <w:ind w:firstLine="708"/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l’initiative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d’IREPA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LASER</w:t>
                      </w:r>
                    </w:p>
                    <w:p w14:paraId="12ECE0F8" w14:textId="77777777" w:rsidR="00D85613" w:rsidRPr="000E628C" w:rsidRDefault="00D85613" w:rsidP="00D85613">
                      <w:pPr>
                        <w:spacing w:before="120" w:after="120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Si le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nombre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participants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formation est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jugé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insuffisant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pour des raisons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pédagogiques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IREPA LASER se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réserve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 droit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d'annuler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cette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formation au plus tard 7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jours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ouvrés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avant la date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prévue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  <w:p w14:paraId="42A8C1D9" w14:textId="16D6552B" w:rsidR="00D85613" w:rsidRPr="000E628C" w:rsidRDefault="00D85613" w:rsidP="00D85613">
                      <w:pPr>
                        <w:spacing w:before="120" w:after="120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IREPA 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accueillera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dans la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limite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places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disponibles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salariés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l’entreprise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signataire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convention.</w:t>
                      </w:r>
                    </w:p>
                    <w:p w14:paraId="1B56CA8C" w14:textId="7FD46A49" w:rsidR="00D85613" w:rsidRPr="000E628C" w:rsidRDefault="00D85613" w:rsidP="00D85613">
                      <w:pPr>
                        <w:spacing w:before="120" w:after="120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4 – PRIX ET CONDITIONS DE PAIEMENT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tarifs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forfaitaires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y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compris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les frais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déplacement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éventuels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facturés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selon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les conditions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exposées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dans le devis. Sur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l’acheteur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les frais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déplacement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peut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être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facturés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aux frais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réels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sur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justificatifs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Les prix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validés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dans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l’offre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pour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période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3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mois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compter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date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d’émission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l’offre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Tout stage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commencé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est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dû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entier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Les prix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indiqués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HT et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majorés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taux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TVA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vigueur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Pour les stages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réalisés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IREPA LASER et pour 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journées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complètes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repas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midi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compris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dans le prix du stage.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L’hébergement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le transport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la charge des stagiaires.</w:t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sz w:val="18"/>
                          <w:szCs w:val="18"/>
                        </w:rPr>
                        <w:br/>
                      </w: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Une facture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ainsi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l’attestation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stage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adressées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l’issue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formation.</w:t>
                      </w:r>
                    </w:p>
                    <w:p w14:paraId="6BA520BE" w14:textId="77777777" w:rsidR="00D85613" w:rsidRPr="000E628C" w:rsidRDefault="00D85613" w:rsidP="00BD3A18">
                      <w:pPr>
                        <w:spacing w:after="0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Remarques :</w:t>
                      </w:r>
                      <w:proofErr w:type="gramEnd"/>
                    </w:p>
                    <w:p w14:paraId="38E60898" w14:textId="77777777" w:rsidR="00D85613" w:rsidRPr="000E628C" w:rsidRDefault="00D85613" w:rsidP="00BD3A18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• Pour les formations intra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spécifiques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les dates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proposées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sous-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entendent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 minimum 4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semaines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avant le début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formation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considérée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  <w:p w14:paraId="3657398F" w14:textId="717AF67D" w:rsidR="00D85613" w:rsidRPr="000E628C" w:rsidRDefault="00D85613" w:rsidP="00BD3A18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• Les prix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indiqués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comptés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hors frais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d’expédition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éventuels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du matériel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pédagogique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nécessaire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la formation</w:t>
                      </w:r>
                    </w:p>
                    <w:p w14:paraId="4B47E69C" w14:textId="77777777" w:rsidR="00D85613" w:rsidRPr="000E628C" w:rsidRDefault="00D85613" w:rsidP="00BD3A18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Facturation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pour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l’ensemble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l'action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formation </w:t>
                      </w:r>
                      <w:proofErr w:type="spellStart"/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proposée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:</w:t>
                      </w:r>
                      <w:proofErr w:type="gramEnd"/>
                    </w:p>
                    <w:p w14:paraId="2066C956" w14:textId="77777777" w:rsidR="00D85613" w:rsidRPr="000E628C" w:rsidRDefault="00D85613" w:rsidP="00BD3A18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• A la remise des attestations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présence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246B9D7" w14:textId="77777777" w:rsidR="00D85613" w:rsidRPr="000E628C" w:rsidRDefault="00D85613" w:rsidP="00BD3A18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• Conditions de </w:t>
                      </w:r>
                      <w:proofErr w:type="spellStart"/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paiement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:</w:t>
                      </w:r>
                      <w:proofErr w:type="gram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comptant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réception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facture</w:t>
                      </w:r>
                    </w:p>
                    <w:p w14:paraId="0FF3FE19" w14:textId="77777777" w:rsidR="00D85613" w:rsidRPr="000E628C" w:rsidRDefault="00D85613" w:rsidP="00D85613">
                      <w:pPr>
                        <w:rPr>
                          <w:rStyle w:val="Accentuationintense"/>
                          <w:rFonts w:ascii="Arial" w:hAnsi="Arial" w:cs="Arial"/>
                          <w:i w:val="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4A8C" w:rsidRPr="00AC386C">
        <w:rPr>
          <w:rFonts w:ascii="Segoe UI Semilight" w:hAnsi="Segoe UI Semilight" w:cs="Segoe UI Semilight"/>
        </w:rPr>
        <w:br w:type="page"/>
      </w:r>
      <w:r w:rsidR="00964A8C">
        <w:br w:type="page"/>
      </w:r>
      <w:r w:rsidR="00BD3A18" w:rsidRPr="00D85613"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123086A" wp14:editId="0C820C14">
                <wp:simplePos x="0" y="0"/>
                <wp:positionH relativeFrom="margin">
                  <wp:posOffset>-454977</wp:posOffset>
                </wp:positionH>
                <wp:positionV relativeFrom="paragraph">
                  <wp:posOffset>-401002</wp:posOffset>
                </wp:positionV>
                <wp:extent cx="7453312" cy="10893107"/>
                <wp:effectExtent l="0" t="0" r="0" b="3810"/>
                <wp:wrapNone/>
                <wp:docPr id="946256556" name="Zone de texte 946256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3312" cy="10893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7D35A3B" w14:textId="77777777" w:rsidR="00BD3A18" w:rsidRPr="000E628C" w:rsidRDefault="00BD3A18" w:rsidP="00BD3A18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sz w:val="18"/>
                                <w:szCs w:val="18"/>
                              </w:rPr>
                            </w:pPr>
                          </w:p>
                          <w:p w14:paraId="181F46AB" w14:textId="77777777" w:rsidR="0019296B" w:rsidRPr="000E628C" w:rsidRDefault="0019296B" w:rsidP="0019296B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5 - REGLEMENT PAR UN OPCO</w:t>
                            </w:r>
                          </w:p>
                          <w:p w14:paraId="02E6C5F2" w14:textId="77777777" w:rsidR="0019296B" w:rsidRPr="000E628C" w:rsidRDefault="0019296B" w:rsidP="0019296B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En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règlement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prestation pris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charge par un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Opérateur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Compétences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il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dépend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il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appartient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 Client </w:t>
                            </w:r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 :</w:t>
                            </w:r>
                            <w:proofErr w:type="gramEnd"/>
                          </w:p>
                          <w:p w14:paraId="6A4494C0" w14:textId="77777777" w:rsidR="0019296B" w:rsidRPr="000E628C" w:rsidRDefault="0019296B" w:rsidP="0019296B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- faire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prise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charge avant le début de la formation et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s'assurer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l'acceptation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640B80A9" w14:textId="77777777" w:rsidR="0019296B" w:rsidRPr="000E628C" w:rsidRDefault="0019296B" w:rsidP="0019296B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-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indiquer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explicitement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sur la convention et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joindre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IREPA 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copie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l’accord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prise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charge ;</w:t>
                            </w:r>
                            <w:proofErr w:type="gramEnd"/>
                          </w:p>
                          <w:p w14:paraId="2853CE5B" w14:textId="77777777" w:rsidR="0019296B" w:rsidRPr="000E628C" w:rsidRDefault="0019296B" w:rsidP="0019296B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-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s'assurer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bonne fin du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paiement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l'organisme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qu'il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aura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désigné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2202F4F" w14:textId="77777777" w:rsidR="0019296B" w:rsidRPr="000E628C" w:rsidRDefault="0019296B" w:rsidP="0019296B">
                            <w:pPr>
                              <w:spacing w:after="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En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subrogation, et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paiement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partiel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montant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formation par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l'OPCO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le Client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s’engage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payer 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montants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non pris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charge par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l’OPCO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Si IREPA 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n'a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reçu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prise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charge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l'OPCO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au 1er jour de la formation, le Client sera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facturé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l'intégralité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coût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formation.</w:t>
                            </w:r>
                          </w:p>
                          <w:p w14:paraId="186D738C" w14:textId="77777777" w:rsidR="00BD3A18" w:rsidRPr="000E628C" w:rsidRDefault="00BD3A18" w:rsidP="00BD3A18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4472C4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b/>
                                <w:color w:val="4472C4"/>
                                <w:sz w:val="18"/>
                                <w:szCs w:val="18"/>
                              </w:rPr>
                              <w:t>6 - PAIEMENT - RETARD OU DEFAUT</w:t>
                            </w:r>
                          </w:p>
                          <w:p w14:paraId="39F68B37" w14:textId="77777777" w:rsidR="00BD3A18" w:rsidRPr="000E628C" w:rsidRDefault="00BD3A18" w:rsidP="00BD3A18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CLAUSE PENALE</w:t>
                            </w:r>
                          </w:p>
                          <w:p w14:paraId="42479027" w14:textId="77777777" w:rsidR="00BD3A18" w:rsidRPr="000E628C" w:rsidRDefault="00BD3A18" w:rsidP="00BD3A18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retard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paiement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IREPA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pourra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suspendre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toutes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les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Commandes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cours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sans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préjudice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toute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autre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voie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d'action. Toute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somme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payée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l'échéance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prévue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donnera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lieu de plein droit et sans mise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demeure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préalable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par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dérogation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l'article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1153 du Code Civil, au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paiement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d'intérêts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retard sur la base du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taux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d'intérêts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appliqué par la Banque Centrale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Européenne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taux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REFI)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majoré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10 points,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vigueur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au jour de 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facturation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Les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intérêts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calculés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sur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l’intégralité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sommes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TTC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restant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dues.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Ils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courent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compter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la date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d’échéance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du prix de la prestation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effectuée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jusqu’à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son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paiement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total. Dans le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défaillance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d’un tiers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payant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prévu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initialement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dans 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commande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transmise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 le client, le client se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substitut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d’office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au tiers pour le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paiement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sommes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restant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dues.</w:t>
                            </w:r>
                          </w:p>
                          <w:p w14:paraId="0496317E" w14:textId="3876A338" w:rsidR="00BD3A18" w:rsidRPr="000E628C" w:rsidRDefault="00BD3A18" w:rsidP="00BD3A18">
                            <w:pPr>
                              <w:spacing w:before="120" w:after="120" w:line="240" w:lineRule="auto"/>
                              <w:jc w:val="both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Art. D. 441-5. – Le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montant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l’indemnité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forfaitaire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pour frais de recouvrement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prévue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au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douzième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alinéa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du I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l’article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L. 441-6 est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fixé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à 40 euros.</w:t>
                            </w:r>
                          </w:p>
                          <w:p w14:paraId="10F55BA9" w14:textId="77777777" w:rsidR="00BD3A18" w:rsidRPr="000E628C" w:rsidRDefault="00BD3A18" w:rsidP="00BD3A18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7 - STOCKAGE DES DOCUMENTS CONCERNANT L’ACTION DE </w:t>
                            </w:r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FORMATION :</w:t>
                            </w:r>
                            <w:proofErr w:type="gramEnd"/>
                          </w:p>
                          <w:p w14:paraId="2FCA0E4E" w14:textId="77777777" w:rsidR="00BD3A18" w:rsidRPr="000E628C" w:rsidRDefault="00BD3A18" w:rsidP="00BD3A18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Toutes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fournitures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documentations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utilisées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dans le cadre de la formation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seront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archivées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conservées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IREPA LASER pendant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durée de 1 an, à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compter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date de fin de formation.</w:t>
                            </w:r>
                          </w:p>
                          <w:p w14:paraId="383E9502" w14:textId="3A60721D" w:rsidR="00BD3A18" w:rsidRPr="000E628C" w:rsidRDefault="00BD3A18" w:rsidP="00BD3A18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Sur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demande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écrite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à la charge du client,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ceux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-ci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pourront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être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dupliqués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pendant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cette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période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 Au-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delà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cette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période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IREPA LASER les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détruira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3E73C7A" w14:textId="77777777" w:rsidR="00BD3A18" w:rsidRPr="000E628C" w:rsidRDefault="00BD3A18" w:rsidP="00BD3A18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8 - CONFIDENTIALITE ET PROPRIETE </w:t>
                            </w:r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INDUSTRIELLE :</w:t>
                            </w:r>
                            <w:proofErr w:type="gramEnd"/>
                          </w:p>
                          <w:p w14:paraId="6FBB92E7" w14:textId="2106830D" w:rsidR="00BD3A18" w:rsidRPr="000E628C" w:rsidRDefault="00BD3A18" w:rsidP="00BD3A18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IREPA 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garantit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la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confidentialité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</w:t>
                            </w:r>
                            <w:proofErr w:type="spellStart"/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informations</w:t>
                            </w:r>
                            <w:proofErr w:type="spellEnd"/>
                            <w:proofErr w:type="gram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lui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transmises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par le client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lors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formation. Toute reproduction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même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partielle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documents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pédagogiques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est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strictement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interdite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IREPA LASER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reste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 propriétaire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exclusif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outils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et documents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utilisés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pendant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l’action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formation.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L’utilisation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des fins de formation, par le client, des documents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transmis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ne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pourra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se faire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qu’avec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l’autorisation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l’IREPA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LASER. Le non-respect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obligations expose le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contrevenant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à des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poursuites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part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l’IREPA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LASER.</w:t>
                            </w:r>
                          </w:p>
                          <w:p w14:paraId="09FF8B6D" w14:textId="77777777" w:rsidR="00BD3A18" w:rsidRPr="000E628C" w:rsidRDefault="00BD3A18" w:rsidP="00BD3A18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i w:val="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9 - REGLEMENT </w:t>
                            </w:r>
                            <w:proofErr w:type="gram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sz w:val="18"/>
                                <w:szCs w:val="18"/>
                              </w:rPr>
                              <w:t>INTERIEUR :</w:t>
                            </w:r>
                            <w:proofErr w:type="gramEnd"/>
                          </w:p>
                          <w:p w14:paraId="7D770416" w14:textId="11DE4C43" w:rsidR="00BD3A18" w:rsidRPr="000E628C" w:rsidRDefault="00BD3A18" w:rsidP="00BD3A18">
                            <w:pPr>
                              <w:spacing w:before="120" w:after="120" w:line="240" w:lineRule="auto"/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Le stagiaire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formation doit se plier aux exigences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fonctionnement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l’entreprise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dans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laquelle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déroule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le stage. Le non-respect du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règlement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intérieur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peut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entraîner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son exclusion de la formation. Le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coût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de la formation, dans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reste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entièrement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>dû</w:t>
                            </w:r>
                            <w:proofErr w:type="spellEnd"/>
                            <w:r w:rsidRPr="000E628C">
                              <w:rPr>
                                <w:rStyle w:val="Accentuationintense"/>
                                <w:rFonts w:ascii="Arial" w:hAnsi="Arial" w:cs="Arial"/>
                                <w:b w:val="0"/>
                                <w:bCs w:val="0"/>
                                <w:i w:val="0"/>
                                <w:iCs w:val="0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59E4BE8B" w14:textId="77777777" w:rsidR="00BD3A18" w:rsidRPr="000E628C" w:rsidRDefault="00BD3A18" w:rsidP="00BD3A1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  <w:t>10 - INFORMATIQUE ET LIBERTES</w:t>
                            </w:r>
                          </w:p>
                          <w:p w14:paraId="31982469" w14:textId="18206535" w:rsidR="00BD3A18" w:rsidRPr="000E628C" w:rsidRDefault="00BD3A18" w:rsidP="00BD3A1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Les </w:t>
                            </w:r>
                            <w:proofErr w:type="spellStart"/>
                            <w:proofErr w:type="gram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informations</w:t>
                            </w:r>
                            <w:proofErr w:type="spellEnd"/>
                            <w:proofErr w:type="gram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caractère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personnel qui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communiquées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 le Client à IREPA LASER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application et dans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l’exécution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des formations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pourront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être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communiquées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aux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partenaires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contractuels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d’IREPA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LASER pour les seuls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besoins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desdits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stages. Le Client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peut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exercer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son droit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d’accès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de rectification et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d’opposition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conformément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aux dispositions de 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loi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du 6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janvier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1978.</w:t>
                            </w:r>
                          </w:p>
                          <w:p w14:paraId="34B99202" w14:textId="77777777" w:rsidR="00BD3A18" w:rsidRPr="000E628C" w:rsidRDefault="00BD3A18" w:rsidP="00BD3A1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  <w:t>11 - OBLIGATION DE NON-SOLLICITATION DE PERSONNEL</w:t>
                            </w:r>
                          </w:p>
                          <w:p w14:paraId="3519B2B9" w14:textId="2DD764F1" w:rsidR="00BD3A18" w:rsidRPr="000E628C" w:rsidRDefault="00BD3A18" w:rsidP="00BD3A1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Le Client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s'engage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à ne pas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débaucher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embaucher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le personnel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d’IREPA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LASER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ayant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participé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l'exécution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du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contrat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, pendant toute la durée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celui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-ci et pendant les deux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années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civiles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suivront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la cessation des relations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contractuelles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. En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non-respect de 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présente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obligation, le Client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devra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verser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à IREPA LASER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titre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clause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pénale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une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indemnité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égale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douze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fois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le dernier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salaire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, charges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patronales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sus, du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salarié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débauché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5EA2CA3" w14:textId="77777777" w:rsidR="00BD3A18" w:rsidRPr="000E628C" w:rsidRDefault="00BD3A18" w:rsidP="00BD3A1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  <w:t>12 - LOI APPLICABLE</w:t>
                            </w:r>
                          </w:p>
                          <w:p w14:paraId="0B87C13E" w14:textId="3B483E5A" w:rsidR="00BD3A18" w:rsidRPr="000E628C" w:rsidRDefault="00BD3A18" w:rsidP="00BD3A1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loi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française est applicable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concerne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Conditions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Générales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Ventes et les relations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contractuelles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entre IREPA LASER et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Clients.</w:t>
                            </w:r>
                          </w:p>
                          <w:p w14:paraId="720D3093" w14:textId="77777777" w:rsidR="00BD3A18" w:rsidRPr="000E628C" w:rsidRDefault="00BD3A18" w:rsidP="000E628C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48FD5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b/>
                                <w:bCs/>
                                <w:color w:val="548FD5"/>
                                <w:sz w:val="18"/>
                                <w:szCs w:val="18"/>
                              </w:rPr>
                              <w:t>13 - ATTRIBUTION DE COMPETENCE</w:t>
                            </w:r>
                          </w:p>
                          <w:p w14:paraId="4344E089" w14:textId="281902A1" w:rsidR="00BD3A18" w:rsidRPr="000E628C" w:rsidRDefault="00BD3A18" w:rsidP="000E628C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Tous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litiges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qui ne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pourraient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être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réglés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à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l’amiable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seront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la COMPETENCE EXCLUSIVE DU TRIBUNAL DE COMMERCE DE STRASBOURG,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quel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que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soit le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siège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résidence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du Client,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nonobstant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pluralité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défendeurs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appel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garantie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. Cette clause attributive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compétence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ne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s’appliquera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pas</w:t>
                            </w:r>
                            <w:proofErr w:type="gram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au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litige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avec </w:t>
                            </w:r>
                            <w:proofErr w:type="gram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un Client</w:t>
                            </w:r>
                            <w:proofErr w:type="gram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professionnel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pour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lequel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les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règles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légales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compétence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matérielle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géographique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s’appliqueront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. La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présente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clause est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stipulée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dans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l'intérêt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d’IREPA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LASER qui se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réserve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le droit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d'y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renoncer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bon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lui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semble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466BCD0" w14:textId="77777777" w:rsidR="00BD3A18" w:rsidRPr="000E628C" w:rsidRDefault="00BD3A18" w:rsidP="000E628C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</w:pPr>
                            <w:r w:rsidRPr="000E628C">
                              <w:rPr>
                                <w:rFonts w:ascii="Arial" w:hAnsi="Arial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  <w:t>14 - ELECTION DE DOMICILE</w:t>
                            </w:r>
                          </w:p>
                          <w:p w14:paraId="3466579F" w14:textId="77777777" w:rsidR="00BD3A18" w:rsidRPr="000E628C" w:rsidRDefault="00BD3A18" w:rsidP="000E628C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L'élection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de domicile est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faite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par IREPA LASER à son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siège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social au 320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bld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Sébastien Brant, Parc </w:t>
                            </w:r>
                            <w:proofErr w:type="spellStart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d’Innovation</w:t>
                            </w:r>
                            <w:proofErr w:type="spellEnd"/>
                            <w:r w:rsidRPr="000E628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Pole API, 67400 Illkirch.</w:t>
                            </w:r>
                          </w:p>
                          <w:p w14:paraId="553C435B" w14:textId="77777777" w:rsidR="00BD3A18" w:rsidRPr="000E628C" w:rsidRDefault="00BD3A18" w:rsidP="00BD3A18">
                            <w:pPr>
                              <w:rPr>
                                <w:rStyle w:val="Accentuationintense"/>
                                <w:rFonts w:ascii="Arial" w:hAnsi="Arial" w:cs="Arial"/>
                                <w:i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086A" id="Zone de texte 946256556" o:spid="_x0000_s1027" type="#_x0000_t202" style="position:absolute;margin-left:-35.8pt;margin-top:-31.55pt;width:586.85pt;height:857.7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" filled="f" stroked="f">
                <v:textbox>
                  <w:txbxContent>
                    <w:p w14:paraId="67D35A3B" w14:textId="77777777" w:rsidR="00BD3A18" w:rsidRPr="000E628C" w:rsidRDefault="00BD3A18" w:rsidP="00BD3A18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i w:val="0"/>
                          <w:sz w:val="18"/>
                          <w:szCs w:val="18"/>
                        </w:rPr>
                      </w:pPr>
                    </w:p>
                    <w:p w14:paraId="181F46AB" w14:textId="77777777" w:rsidR="0019296B" w:rsidRPr="000E628C" w:rsidRDefault="0019296B" w:rsidP="0019296B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5 - REGLEMENT PAR UN OPCO</w:t>
                      </w:r>
                    </w:p>
                    <w:p w14:paraId="02E6C5F2" w14:textId="77777777" w:rsidR="0019296B" w:rsidRPr="000E628C" w:rsidRDefault="0019296B" w:rsidP="0019296B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En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règlement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prestation pris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charge par un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Opérateur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Compétences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il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dépend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il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appartient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 Client </w:t>
                      </w:r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 :</w:t>
                      </w:r>
                      <w:proofErr w:type="gramEnd"/>
                    </w:p>
                    <w:p w14:paraId="6A4494C0" w14:textId="77777777" w:rsidR="0019296B" w:rsidRPr="000E628C" w:rsidRDefault="0019296B" w:rsidP="0019296B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- faire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prise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charge avant le début de la formation et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s'assurer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l'acceptation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;</w:t>
                      </w:r>
                    </w:p>
                    <w:p w14:paraId="640B80A9" w14:textId="77777777" w:rsidR="0019296B" w:rsidRPr="000E628C" w:rsidRDefault="0019296B" w:rsidP="0019296B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-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indiquer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explicitement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sur la convention et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joindre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IREPA 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copie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l’accord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prise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charge ;</w:t>
                      </w:r>
                      <w:proofErr w:type="gramEnd"/>
                    </w:p>
                    <w:p w14:paraId="2853CE5B" w14:textId="77777777" w:rsidR="0019296B" w:rsidRPr="000E628C" w:rsidRDefault="0019296B" w:rsidP="0019296B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-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s'assurer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bonne fin du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paiement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l'organisme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qu'il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aura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désigné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  <w:p w14:paraId="32202F4F" w14:textId="77777777" w:rsidR="0019296B" w:rsidRPr="000E628C" w:rsidRDefault="0019296B" w:rsidP="0019296B">
                      <w:pPr>
                        <w:spacing w:after="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En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subrogation, et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paiement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partiel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montant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formation par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l'OPCO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le Client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s’engage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payer 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montants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non pris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charge par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l’OPCO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Si IREPA 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n'a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reçu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prise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charge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l'OPCO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au 1er jour de la formation, le Client sera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facturé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l'intégralité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coût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formation.</w:t>
                      </w:r>
                    </w:p>
                    <w:p w14:paraId="186D738C" w14:textId="77777777" w:rsidR="00BD3A18" w:rsidRPr="000E628C" w:rsidRDefault="00BD3A18" w:rsidP="00BD3A18">
                      <w:pPr>
                        <w:spacing w:before="120" w:after="120" w:line="240" w:lineRule="auto"/>
                        <w:jc w:val="both"/>
                        <w:rPr>
                          <w:rFonts w:ascii="Arial" w:hAnsi="Arial" w:cs="Arial"/>
                          <w:b/>
                          <w:color w:val="4472C4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b/>
                          <w:color w:val="4472C4"/>
                          <w:sz w:val="18"/>
                          <w:szCs w:val="18"/>
                        </w:rPr>
                        <w:t>6 - PAIEMENT - RETARD OU DEFAUT</w:t>
                      </w:r>
                    </w:p>
                    <w:p w14:paraId="39F68B37" w14:textId="77777777" w:rsidR="00BD3A18" w:rsidRPr="000E628C" w:rsidRDefault="00BD3A18" w:rsidP="00BD3A18">
                      <w:pPr>
                        <w:spacing w:before="120" w:after="120" w:line="240" w:lineRule="auto"/>
                        <w:jc w:val="bot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CLAUSE PENALE</w:t>
                      </w:r>
                    </w:p>
                    <w:p w14:paraId="42479027" w14:textId="77777777" w:rsidR="00BD3A18" w:rsidRPr="000E628C" w:rsidRDefault="00BD3A18" w:rsidP="00BD3A18">
                      <w:pPr>
                        <w:spacing w:before="120" w:after="12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retard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paiement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IREPA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pourra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suspendre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toutes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les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Commandes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cours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sans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préjudice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toute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autre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voie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d'action. Toute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somme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payée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l'échéance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prévue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donnera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lieu de plein droit et sans mise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demeure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préalable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par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dérogation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l'article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1153 du Code Civil, au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paiement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d'intérêts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retard sur la base du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taux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d'intérêts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appliqué par la Banque Centrale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Européenne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taux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REFI)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majoré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10 points,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vigueur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au jour de 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facturation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Les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intérêts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calculés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sur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l’intégralité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sommes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TTC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restant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dues.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Ils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courent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compter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la date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d’échéance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du prix de la prestation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effectuée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jusqu’à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son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paiement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total. Dans le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défaillance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d’un tiers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payant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prévu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initialement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dans 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commande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transmise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 le client, le client se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substitut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d’office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au tiers pour le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paiement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sommes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restant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dues.</w:t>
                      </w:r>
                    </w:p>
                    <w:p w14:paraId="0496317E" w14:textId="3876A338" w:rsidR="00BD3A18" w:rsidRPr="000E628C" w:rsidRDefault="00BD3A18" w:rsidP="00BD3A18">
                      <w:pPr>
                        <w:spacing w:before="120" w:after="120" w:line="240" w:lineRule="auto"/>
                        <w:jc w:val="both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Art. D. 441-5. – Le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montant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l’indemnité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forfaitaire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pour frais de recouvrement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prévue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au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douzième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alinéa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du I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l’article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L. 441-6 est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fixé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à 40 euros.</w:t>
                      </w:r>
                    </w:p>
                    <w:p w14:paraId="10F55BA9" w14:textId="77777777" w:rsidR="00BD3A18" w:rsidRPr="000E628C" w:rsidRDefault="00BD3A18" w:rsidP="00BD3A18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 xml:space="preserve">7 - STOCKAGE DES DOCUMENTS CONCERNANT L’ACTION DE </w:t>
                      </w:r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FORMATION :</w:t>
                      </w:r>
                      <w:proofErr w:type="gramEnd"/>
                    </w:p>
                    <w:p w14:paraId="2FCA0E4E" w14:textId="77777777" w:rsidR="00BD3A18" w:rsidRPr="000E628C" w:rsidRDefault="00BD3A18" w:rsidP="00BD3A18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Toutes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fournitures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documentations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utilisées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dans le cadre de la formation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seront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archivées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conservées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IREPA LASER pendant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durée de 1 an, à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compter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date de fin de formation.</w:t>
                      </w:r>
                    </w:p>
                    <w:p w14:paraId="383E9502" w14:textId="3A60721D" w:rsidR="00BD3A18" w:rsidRPr="000E628C" w:rsidRDefault="00BD3A18" w:rsidP="00BD3A18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Sur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demande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écrite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à la charge du client,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ceux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-ci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pourront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être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dupliqués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pendant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cette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période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 Au-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delà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cette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période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IREPA LASER les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détruira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  <w:p w14:paraId="53E73C7A" w14:textId="77777777" w:rsidR="00BD3A18" w:rsidRPr="000E628C" w:rsidRDefault="00BD3A18" w:rsidP="00BD3A18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 xml:space="preserve">8 - CONFIDENTIALITE ET PROPRIETE </w:t>
                      </w:r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INDUSTRIELLE :</w:t>
                      </w:r>
                      <w:proofErr w:type="gramEnd"/>
                    </w:p>
                    <w:p w14:paraId="6FBB92E7" w14:textId="2106830D" w:rsidR="00BD3A18" w:rsidRPr="000E628C" w:rsidRDefault="00BD3A18" w:rsidP="00BD3A18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IREPA 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garantit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la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confidentialité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</w:t>
                      </w:r>
                      <w:proofErr w:type="spellStart"/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informations</w:t>
                      </w:r>
                      <w:proofErr w:type="spellEnd"/>
                      <w:proofErr w:type="gram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lui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transmises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par le client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lors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formation. Toute reproduction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même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partielle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documents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pédagogiques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est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strictement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interdite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IREPA LASER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reste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 propriétaire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exclusif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outils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et documents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utilisés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pendant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l’action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formation.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L’utilisation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des fins de formation, par le client, des documents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transmis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ne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pourra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se faire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qu’avec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l’autorisation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l’IREPA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LASER. Le non-respect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obligations expose le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contrevenant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à des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poursuites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part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l’IREPA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LASER.</w:t>
                      </w:r>
                    </w:p>
                    <w:p w14:paraId="09FF8B6D" w14:textId="77777777" w:rsidR="00BD3A18" w:rsidRPr="000E628C" w:rsidRDefault="00BD3A18" w:rsidP="00BD3A18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i w:val="0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 xml:space="preserve">9 - REGLEMENT </w:t>
                      </w:r>
                      <w:proofErr w:type="gramStart"/>
                      <w:r w:rsidRPr="000E628C">
                        <w:rPr>
                          <w:rStyle w:val="Accentuationintense"/>
                          <w:rFonts w:ascii="Arial" w:hAnsi="Arial" w:cs="Arial"/>
                          <w:sz w:val="18"/>
                          <w:szCs w:val="18"/>
                        </w:rPr>
                        <w:t>INTERIEUR :</w:t>
                      </w:r>
                      <w:proofErr w:type="gramEnd"/>
                    </w:p>
                    <w:p w14:paraId="7D770416" w14:textId="11DE4C43" w:rsidR="00BD3A18" w:rsidRPr="000E628C" w:rsidRDefault="00BD3A18" w:rsidP="00BD3A18">
                      <w:pPr>
                        <w:spacing w:before="120" w:after="120" w:line="240" w:lineRule="auto"/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</w:pPr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Le stagiaire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formation doit se plier aux exigences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fonctionnement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l’entreprise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dans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laquelle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déroule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le stage. Le non-respect du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règlement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intérieur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peut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entraîner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son exclusion de la formation. Le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coût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de la formation, dans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reste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entièrement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>dû</w:t>
                      </w:r>
                      <w:proofErr w:type="spellEnd"/>
                      <w:r w:rsidRPr="000E628C">
                        <w:rPr>
                          <w:rStyle w:val="Accentuationintense"/>
                          <w:rFonts w:ascii="Arial" w:hAnsi="Arial" w:cs="Arial"/>
                          <w:b w:val="0"/>
                          <w:bCs w:val="0"/>
                          <w:i w:val="0"/>
                          <w:iCs w:val="0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59E4BE8B" w14:textId="77777777" w:rsidR="00BD3A18" w:rsidRPr="000E628C" w:rsidRDefault="00BD3A18" w:rsidP="00BD3A1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  <w:t>10 - INFORMATIQUE ET LIBERTES</w:t>
                      </w:r>
                    </w:p>
                    <w:p w14:paraId="31982469" w14:textId="18206535" w:rsidR="00BD3A18" w:rsidRPr="000E628C" w:rsidRDefault="00BD3A18" w:rsidP="00BD3A1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Les </w:t>
                      </w:r>
                      <w:proofErr w:type="spellStart"/>
                      <w:proofErr w:type="gram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informations</w:t>
                      </w:r>
                      <w:proofErr w:type="spellEnd"/>
                      <w:proofErr w:type="gram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caractère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personnel qui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sont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communiquées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 le Client à IREPA LASER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application et dans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l’exécution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des formations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pourront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être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communiquées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aux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partenaires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contractuels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d’IREPA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LASER pour les seuls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besoins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desdits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stages. Le Client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peut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exercer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son droit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d’accès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de rectification et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d’opposition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conformément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aux dispositions de 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loi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du 6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>janvier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1978.</w:t>
                      </w:r>
                    </w:p>
                    <w:p w14:paraId="34B99202" w14:textId="77777777" w:rsidR="00BD3A18" w:rsidRPr="000E628C" w:rsidRDefault="00BD3A18" w:rsidP="00BD3A1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  <w:t>11 - OBLIGATION DE NON-SOLLICITATION DE PERSONNEL</w:t>
                      </w:r>
                    </w:p>
                    <w:p w14:paraId="3519B2B9" w14:textId="2DD764F1" w:rsidR="00BD3A18" w:rsidRPr="000E628C" w:rsidRDefault="00BD3A18" w:rsidP="00BD3A1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Le Client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s'engage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à ne pas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débaucher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embaucher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le personnel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d’IREPA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LASER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ayant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participé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l'exécution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du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contrat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, pendant toute la durée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celui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-ci et pendant les deux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années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civiles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suivront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la cessation des relations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contractuelles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. En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non-respect de 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présente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obligation, le Client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devra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verser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à IREPA LASER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titre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clause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pénale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une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indemnité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égale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douze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fois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le dernier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salaire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, charges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patronales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sus, du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salarié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débauché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35EA2CA3" w14:textId="77777777" w:rsidR="00BD3A18" w:rsidRPr="000E628C" w:rsidRDefault="00BD3A18" w:rsidP="00BD3A1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  <w:t>12 - LOI APPLICABLE</w:t>
                      </w:r>
                    </w:p>
                    <w:p w14:paraId="0B87C13E" w14:textId="3B483E5A" w:rsidR="00BD3A18" w:rsidRPr="000E628C" w:rsidRDefault="00BD3A18" w:rsidP="00BD3A1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loi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française est applicable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concerne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Conditions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Générales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Ventes et les relations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contractuelles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entre IREPA LASER et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Clients.</w:t>
                      </w:r>
                    </w:p>
                    <w:p w14:paraId="720D3093" w14:textId="77777777" w:rsidR="00BD3A18" w:rsidRPr="000E628C" w:rsidRDefault="00BD3A18" w:rsidP="000E628C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b/>
                          <w:bCs/>
                          <w:color w:val="548FD5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b/>
                          <w:bCs/>
                          <w:color w:val="548FD5"/>
                          <w:sz w:val="18"/>
                          <w:szCs w:val="18"/>
                        </w:rPr>
                        <w:t>13 - ATTRIBUTION DE COMPETENCE</w:t>
                      </w:r>
                    </w:p>
                    <w:p w14:paraId="4344E089" w14:textId="281902A1" w:rsidR="00BD3A18" w:rsidRPr="000E628C" w:rsidRDefault="00BD3A18" w:rsidP="000E628C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Tous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litiges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qui ne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pourraient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être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réglés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à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l’amiable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seront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la COMPETENCE EXCLUSIVE DU TRIBUNAL DE COMMERCE DE STRASBOURG,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quel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que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soit le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siège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résidence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du Client,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nonobstant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pluralité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défendeurs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ou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appel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garantie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. Cette clause attributive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compétence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ne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s’appliquera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pas</w:t>
                      </w:r>
                      <w:proofErr w:type="gram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au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litige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avec </w:t>
                      </w:r>
                      <w:proofErr w:type="gram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un Client</w:t>
                      </w:r>
                      <w:proofErr w:type="gram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professionnel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pour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lequel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les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règles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légales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compétence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matérielle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géographique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s’appliqueront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. La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présente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clause est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stipulée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dans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l'intérêt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d’IREPA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LASER qui se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réserve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le droit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d'y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renoncer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bon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lui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semble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4466BCD0" w14:textId="77777777" w:rsidR="00BD3A18" w:rsidRPr="000E628C" w:rsidRDefault="00BD3A18" w:rsidP="000E628C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</w:pPr>
                      <w:r w:rsidRPr="000E628C">
                        <w:rPr>
                          <w:rFonts w:ascii="Arial" w:hAnsi="Arial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  <w:t>14 - ELECTION DE DOMICILE</w:t>
                      </w:r>
                    </w:p>
                    <w:p w14:paraId="3466579F" w14:textId="77777777" w:rsidR="00BD3A18" w:rsidRPr="000E628C" w:rsidRDefault="00BD3A18" w:rsidP="000E628C">
                      <w:pPr>
                        <w:spacing w:before="120" w:after="12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L'élection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de domicile est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faite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par IREPA LASER à son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siège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social au 320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bld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Sébastien Brant, Parc </w:t>
                      </w:r>
                      <w:proofErr w:type="spellStart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d’Innovation</w:t>
                      </w:r>
                      <w:proofErr w:type="spellEnd"/>
                      <w:r w:rsidRPr="000E628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Pole API, 67400 Illkirch.</w:t>
                      </w:r>
                    </w:p>
                    <w:p w14:paraId="553C435B" w14:textId="77777777" w:rsidR="00BD3A18" w:rsidRPr="000E628C" w:rsidRDefault="00BD3A18" w:rsidP="00BD3A18">
                      <w:pPr>
                        <w:rPr>
                          <w:rStyle w:val="Accentuationintense"/>
                          <w:rFonts w:ascii="Arial" w:hAnsi="Arial" w:cs="Arial"/>
                          <w:i w:val="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2698B" w:rsidRPr="0019296B" w:rsidSect="00AC386C">
      <w:footerReference w:type="default" r:id="rId13"/>
      <w:pgSz w:w="12240" w:h="15840"/>
      <w:pgMar w:top="1134" w:right="900" w:bottom="850" w:left="964" w:header="720" w:footer="9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5D1F8" w14:textId="77777777" w:rsidR="00964A8C" w:rsidRDefault="00964A8C" w:rsidP="00BB4274">
      <w:pPr>
        <w:spacing w:after="0" w:line="240" w:lineRule="auto"/>
      </w:pPr>
      <w:r>
        <w:separator/>
      </w:r>
    </w:p>
  </w:endnote>
  <w:endnote w:type="continuationSeparator" w:id="0">
    <w:p w14:paraId="7CAB49E3" w14:textId="77777777" w:rsidR="00964A8C" w:rsidRDefault="00964A8C" w:rsidP="00BB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0E2E" w14:textId="61D1ABD5" w:rsidR="00BB4274" w:rsidRPr="00137999" w:rsidRDefault="00351EDD" w:rsidP="00AC386C">
    <w:pPr>
      <w:pStyle w:val="Pieddepage"/>
      <w:spacing w:line="360" w:lineRule="auto"/>
      <w:jc w:val="center"/>
      <w:rPr>
        <w:rFonts w:ascii="Segoe UI Semilight" w:hAnsi="Segoe UI Semilight" w:cs="Segoe UI Semilight"/>
        <w:color w:val="E20019"/>
        <w:sz w:val="20"/>
        <w:szCs w:val="20"/>
      </w:rPr>
    </w:pPr>
    <w:r>
      <w:rPr>
        <w:rFonts w:ascii="Segoe UI Semibold" w:hAnsi="Segoe UI Semibold" w:cs="Segoe UI Semibold"/>
        <w:noProof/>
        <w:color w:val="E20019"/>
        <w:sz w:val="20"/>
        <w:szCs w:val="20"/>
      </w:rPr>
      <w:drawing>
        <wp:anchor distT="0" distB="0" distL="114300" distR="114300" simplePos="0" relativeHeight="251662848" behindDoc="0" locked="0" layoutInCell="1" allowOverlap="1" wp14:anchorId="3D40DC9B" wp14:editId="3258ED9D">
          <wp:simplePos x="0" y="0"/>
          <wp:positionH relativeFrom="margin">
            <wp:align>center</wp:align>
          </wp:positionH>
          <wp:positionV relativeFrom="paragraph">
            <wp:posOffset>178117</wp:posOffset>
          </wp:positionV>
          <wp:extent cx="1742052" cy="708476"/>
          <wp:effectExtent l="0" t="0" r="0" b="0"/>
          <wp:wrapNone/>
          <wp:docPr id="638381860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639328" name="Image 6176393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2052" cy="7084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274">
      <w:rPr>
        <w:rFonts w:ascii="Segoe UI Semilight" w:hAnsi="Segoe UI Semilight" w:cs="Segoe UI Semilight"/>
        <w:color w:val="7F7F7F"/>
        <w:sz w:val="18"/>
        <w:szCs w:val="18"/>
      </w:rPr>
      <w:t>F</w:t>
    </w:r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 xml:space="preserve">ormation </w:t>
    </w:r>
    <w:r w:rsidR="00AC386C">
      <w:rPr>
        <w:rFonts w:ascii="Segoe UI Semilight" w:hAnsi="Segoe UI Semilight" w:cs="Segoe UI Semilight"/>
        <w:color w:val="7F7F7F"/>
        <w:sz w:val="18"/>
        <w:szCs w:val="18"/>
      </w:rPr>
      <w:t xml:space="preserve">à la sécurité et aux </w:t>
    </w:r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 xml:space="preserve">applications </w:t>
    </w:r>
    <w:proofErr w:type="spellStart"/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>industrielles</w:t>
    </w:r>
    <w:proofErr w:type="spellEnd"/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 xml:space="preserve"> des lasers  </w:t>
    </w:r>
    <w:r w:rsidR="00BB4274" w:rsidRPr="00853392">
      <w:rPr>
        <w:rFonts w:ascii="Segoe UI Semilight" w:hAnsi="Segoe UI Semilight" w:cs="Segoe UI Semilight"/>
        <w:color w:val="E20019"/>
        <w:sz w:val="18"/>
        <w:szCs w:val="18"/>
      </w:rPr>
      <w:sym w:font="Wingdings 2" w:char="F0A1"/>
    </w:r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 xml:space="preserve">  </w:t>
    </w:r>
    <w:hyperlink r:id="rId2" w:history="1">
      <w:r w:rsidR="00BB4274" w:rsidRPr="001960DF">
        <w:rPr>
          <w:rStyle w:val="Lienhypertexte"/>
          <w:rFonts w:ascii="Segoe UI Semilight" w:hAnsi="Segoe UI Semilight" w:cs="Segoe UI Semilight"/>
          <w:color w:val="7F7F7F"/>
          <w:sz w:val="18"/>
          <w:szCs w:val="18"/>
        </w:rPr>
        <w:t>www.irepa-laser.com</w:t>
      </w:r>
    </w:hyperlink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 xml:space="preserve">  </w:t>
    </w:r>
    <w:r w:rsidR="00BB4274" w:rsidRPr="00853392">
      <w:rPr>
        <w:rFonts w:ascii="Segoe UI Semilight" w:hAnsi="Segoe UI Semilight" w:cs="Segoe UI Semilight"/>
        <w:color w:val="E20019"/>
        <w:sz w:val="18"/>
        <w:szCs w:val="18"/>
      </w:rPr>
      <w:sym w:font="Wingdings 2" w:char="F0A1"/>
    </w:r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 xml:space="preserve">  </w:t>
    </w:r>
    <w:proofErr w:type="gramStart"/>
    <w:r w:rsidR="00BB4274">
      <w:rPr>
        <w:rFonts w:ascii="Segoe UI Semilight" w:hAnsi="Segoe UI Semilight" w:cs="Segoe UI Semilight"/>
        <w:color w:val="7F7F7F"/>
        <w:sz w:val="18"/>
        <w:szCs w:val="18"/>
      </w:rPr>
      <w:t xml:space="preserve">T </w:t>
    </w:r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>:</w:t>
    </w:r>
    <w:proofErr w:type="gramEnd"/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 xml:space="preserve"> +33 (0) 3</w:t>
    </w:r>
    <w:r w:rsidR="00BB4274">
      <w:rPr>
        <w:rFonts w:ascii="Segoe UI Semilight" w:hAnsi="Segoe UI Semilight" w:cs="Segoe UI Semilight"/>
        <w:color w:val="7F7F7F"/>
        <w:sz w:val="18"/>
        <w:szCs w:val="18"/>
      </w:rPr>
      <w:t xml:space="preserve"> </w:t>
    </w:r>
    <w:r w:rsidR="00BB4274" w:rsidRPr="001960DF">
      <w:rPr>
        <w:rFonts w:ascii="Segoe UI Semilight" w:hAnsi="Segoe UI Semilight" w:cs="Segoe UI Semilight"/>
        <w:color w:val="7F7F7F"/>
        <w:sz w:val="18"/>
        <w:szCs w:val="18"/>
      </w:rPr>
      <w:t>88.65.54.00</w:t>
    </w:r>
  </w:p>
  <w:p w14:paraId="14B5049D" w14:textId="4590DF41" w:rsidR="00BB4274" w:rsidRDefault="00BB42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BEB4" w14:textId="77777777" w:rsidR="00964A8C" w:rsidRDefault="00964A8C" w:rsidP="00BB4274">
      <w:pPr>
        <w:spacing w:after="0" w:line="240" w:lineRule="auto"/>
      </w:pPr>
      <w:r>
        <w:separator/>
      </w:r>
    </w:p>
  </w:footnote>
  <w:footnote w:type="continuationSeparator" w:id="0">
    <w:p w14:paraId="17EEFC80" w14:textId="77777777" w:rsidR="00964A8C" w:rsidRDefault="00964A8C" w:rsidP="00BB4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E70D5D"/>
    <w:multiLevelType w:val="hybridMultilevel"/>
    <w:tmpl w:val="FC9EFA34"/>
    <w:lvl w:ilvl="0" w:tplc="1B2A608A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10471">
    <w:abstractNumId w:val="8"/>
  </w:num>
  <w:num w:numId="2" w16cid:durableId="313681760">
    <w:abstractNumId w:val="6"/>
  </w:num>
  <w:num w:numId="3" w16cid:durableId="1535996972">
    <w:abstractNumId w:val="5"/>
  </w:num>
  <w:num w:numId="4" w16cid:durableId="931278356">
    <w:abstractNumId w:val="4"/>
  </w:num>
  <w:num w:numId="5" w16cid:durableId="1189636007">
    <w:abstractNumId w:val="7"/>
  </w:num>
  <w:num w:numId="6" w16cid:durableId="1982802235">
    <w:abstractNumId w:val="3"/>
  </w:num>
  <w:num w:numId="7" w16cid:durableId="987131763">
    <w:abstractNumId w:val="2"/>
  </w:num>
  <w:num w:numId="8" w16cid:durableId="859701385">
    <w:abstractNumId w:val="1"/>
  </w:num>
  <w:num w:numId="9" w16cid:durableId="192497840">
    <w:abstractNumId w:val="0"/>
  </w:num>
  <w:num w:numId="10" w16cid:durableId="7072228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EA9"/>
    <w:rsid w:val="00034616"/>
    <w:rsid w:val="0006063C"/>
    <w:rsid w:val="000E628C"/>
    <w:rsid w:val="000F3011"/>
    <w:rsid w:val="00145CD9"/>
    <w:rsid w:val="0015074B"/>
    <w:rsid w:val="0016521B"/>
    <w:rsid w:val="00185D9F"/>
    <w:rsid w:val="0019296B"/>
    <w:rsid w:val="0029639D"/>
    <w:rsid w:val="002B40E2"/>
    <w:rsid w:val="0032698B"/>
    <w:rsid w:val="00326F90"/>
    <w:rsid w:val="00346849"/>
    <w:rsid w:val="00351033"/>
    <w:rsid w:val="00351EDD"/>
    <w:rsid w:val="0038772F"/>
    <w:rsid w:val="003F06AF"/>
    <w:rsid w:val="005400E2"/>
    <w:rsid w:val="005B015A"/>
    <w:rsid w:val="00714BBD"/>
    <w:rsid w:val="007B0700"/>
    <w:rsid w:val="007C2AD3"/>
    <w:rsid w:val="007F1E8F"/>
    <w:rsid w:val="00914F3A"/>
    <w:rsid w:val="00946BFA"/>
    <w:rsid w:val="00964A8C"/>
    <w:rsid w:val="009C29CE"/>
    <w:rsid w:val="009C5AB4"/>
    <w:rsid w:val="00AA1D8D"/>
    <w:rsid w:val="00AC386C"/>
    <w:rsid w:val="00B47730"/>
    <w:rsid w:val="00BB4274"/>
    <w:rsid w:val="00BD3A18"/>
    <w:rsid w:val="00CB0664"/>
    <w:rsid w:val="00CE042B"/>
    <w:rsid w:val="00D469AB"/>
    <w:rsid w:val="00D85613"/>
    <w:rsid w:val="00E53B7A"/>
    <w:rsid w:val="00E63120"/>
    <w:rsid w:val="00FA082C"/>
    <w:rsid w:val="00FC693F"/>
    <w:rsid w:val="00FE63CD"/>
    <w:rsid w:val="56F5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30"/>
  <w15:docId w15:val="{3C573E2F-E7F5-454D-B4FE-42A7BD09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edelespacerserv">
    <w:name w:val="Placeholder Text"/>
    <w:basedOn w:val="Policepardfaut"/>
    <w:uiPriority w:val="99"/>
    <w:semiHidden/>
    <w:rsid w:val="005B015A"/>
    <w:rPr>
      <w:color w:val="666666"/>
    </w:rPr>
  </w:style>
  <w:style w:type="character" w:styleId="Lienhypertexte">
    <w:name w:val="Hyperlink"/>
    <w:rsid w:val="00BB4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ormation@irepa-laser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rmation@irepa-laser.co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epa-laser.com" TargetMode="External"/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7A43D-9CB7-4F41-9157-83B5E8DF882F}"/>
      </w:docPartPr>
      <w:docPartBody>
        <w:p w:rsidR="00B964F0" w:rsidRDefault="00795BBF">
          <w:r w:rsidRPr="008E40C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C48508-C3BC-4AF1-B6F5-1C0E1B8FA138}"/>
      </w:docPartPr>
      <w:docPartBody>
        <w:p w:rsidR="00B964F0" w:rsidRDefault="00795BBF">
          <w:r w:rsidRPr="008E40C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8FF156-E054-4E64-80EF-FDC66AB40C14}"/>
      </w:docPartPr>
      <w:docPartBody>
        <w:p w:rsidR="00B964F0" w:rsidRDefault="00795BBF">
          <w:r w:rsidRPr="0094031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BF"/>
    <w:rsid w:val="001C6D4C"/>
    <w:rsid w:val="002B40E2"/>
    <w:rsid w:val="0079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95BBF"/>
    <w:rPr>
      <w:color w:val="666666"/>
    </w:rPr>
  </w:style>
  <w:style w:type="paragraph" w:customStyle="1" w:styleId="A74C2113381C4A26975B291DF4223E6B">
    <w:name w:val="A74C2113381C4A26975B291DF4223E6B"/>
    <w:rsid w:val="00795BBF"/>
  </w:style>
  <w:style w:type="paragraph" w:customStyle="1" w:styleId="E05BC05EA7894F12925A5B761341AC29">
    <w:name w:val="E05BC05EA7894F12925A5B761341AC29"/>
    <w:rsid w:val="00795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Rigolet</dc:creator>
  <cp:keywords/>
  <dc:description>generated by python-docx</dc:description>
  <cp:lastModifiedBy>Franck Rigolet</cp:lastModifiedBy>
  <cp:revision>23</cp:revision>
  <dcterms:created xsi:type="dcterms:W3CDTF">2026-07-27T08:48:00Z</dcterms:created>
  <dcterms:modified xsi:type="dcterms:W3CDTF">2026-07-28T08:14:00Z</dcterms:modified>
  <cp:category/>
</cp:coreProperties>
</file>